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84A2E" w14:textId="77777777" w:rsidR="00307182" w:rsidRDefault="00000000">
      <w:pPr>
        <w:spacing w:after="120"/>
        <w:jc w:val="center"/>
      </w:pPr>
      <w:r>
        <w:rPr>
          <w:noProof/>
        </w:rPr>
        <w:drawing>
          <wp:inline distT="0" distB="0" distL="0" distR="0" wp14:anchorId="69378F91" wp14:editId="138B9169">
            <wp:extent cx="4480560" cy="505643"/>
            <wp:effectExtent l="0" t="0" r="0" b="0"/>
            <wp:docPr id="1" name="Picture 1" descr="YourDNP.co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10174b-d9a2-4fb8-89d7-4009d869e83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80560" cy="505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2B620" w14:textId="77777777" w:rsidR="00307182" w:rsidRDefault="00000000">
      <w:pPr>
        <w:spacing w:after="120"/>
        <w:jc w:val="center"/>
      </w:pPr>
      <w:r>
        <w:rPr>
          <w:rFonts w:ascii="Georgia" w:hAnsi="Georgia"/>
          <w:b/>
          <w:sz w:val="46"/>
        </w:rPr>
        <w:t>APA 7 Reference Tracker &amp; Citation Guide</w:t>
      </w:r>
    </w:p>
    <w:p w14:paraId="2A81EDA6" w14:textId="0194C905" w:rsidR="00307182" w:rsidRDefault="00000000">
      <w:pPr>
        <w:spacing w:after="220"/>
        <w:jc w:val="center"/>
      </w:pPr>
      <w:r>
        <w:rPr>
          <w:rFonts w:ascii="Georgia" w:hAnsi="Georgia"/>
          <w:color w:val="666666"/>
          <w:sz w:val="22"/>
        </w:rPr>
        <w:t>A DNP-focused workflow for identifying sources</w:t>
      </w:r>
      <w:r w:rsidR="002D0EDF">
        <w:rPr>
          <w:rFonts w:ascii="Georgia" w:hAnsi="Georgia"/>
          <w:color w:val="666666"/>
          <w:sz w:val="22"/>
        </w:rPr>
        <w:t xml:space="preserve"> and</w:t>
      </w:r>
      <w:r>
        <w:rPr>
          <w:rFonts w:ascii="Georgia" w:hAnsi="Georgia"/>
          <w:color w:val="666666"/>
          <w:sz w:val="22"/>
        </w:rPr>
        <w:t xml:space="preserve"> building citations.</w:t>
      </w:r>
    </w:p>
    <w:tbl>
      <w:tblPr>
        <w:tblW w:w="0" w:type="auto"/>
        <w:jc w:val="center"/>
        <w:tblBorders>
          <w:top w:val="single" w:sz="4" w:space="0" w:color="D6DED3"/>
          <w:left w:val="single" w:sz="4" w:space="0" w:color="D6DED3"/>
          <w:bottom w:val="single" w:sz="4" w:space="0" w:color="D6DED3"/>
          <w:right w:val="single" w:sz="4" w:space="0" w:color="D6DED3"/>
          <w:insideH w:val="single" w:sz="4" w:space="0" w:color="D6DED3"/>
          <w:insideV w:val="single" w:sz="4" w:space="0" w:color="D6DED3"/>
        </w:tblBorders>
        <w:tblLook w:val="04A0" w:firstRow="1" w:lastRow="0" w:firstColumn="1" w:lastColumn="0" w:noHBand="0" w:noVBand="1"/>
      </w:tblPr>
      <w:tblGrid>
        <w:gridCol w:w="5141"/>
        <w:gridCol w:w="5141"/>
      </w:tblGrid>
      <w:tr w:rsidR="00307182" w14:paraId="7B546714" w14:textId="77777777">
        <w:trPr>
          <w:jc w:val="center"/>
        </w:trPr>
        <w:tc>
          <w:tcPr>
            <w:tcW w:w="5141" w:type="dxa"/>
            <w:shd w:val="clear" w:color="auto" w:fill="EAF2E8"/>
            <w:vAlign w:val="center"/>
          </w:tcPr>
          <w:p w14:paraId="5586D517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20"/>
              </w:rPr>
              <w:t>Student</w:t>
            </w:r>
          </w:p>
        </w:tc>
        <w:tc>
          <w:tcPr>
            <w:tcW w:w="5141" w:type="dxa"/>
            <w:vAlign w:val="center"/>
          </w:tcPr>
          <w:p w14:paraId="30A9C0C1" w14:textId="77777777" w:rsidR="00307182" w:rsidRDefault="00307182">
            <w:pPr>
              <w:spacing w:after="0" w:line="240" w:lineRule="auto"/>
            </w:pPr>
          </w:p>
        </w:tc>
      </w:tr>
      <w:tr w:rsidR="00307182" w14:paraId="59956DA4" w14:textId="77777777">
        <w:trPr>
          <w:jc w:val="center"/>
        </w:trPr>
        <w:tc>
          <w:tcPr>
            <w:tcW w:w="5141" w:type="dxa"/>
            <w:shd w:val="clear" w:color="auto" w:fill="EAF2E8"/>
            <w:vAlign w:val="center"/>
          </w:tcPr>
          <w:p w14:paraId="3FE31ABF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20"/>
              </w:rPr>
              <w:t>Course</w:t>
            </w:r>
          </w:p>
        </w:tc>
        <w:tc>
          <w:tcPr>
            <w:tcW w:w="5141" w:type="dxa"/>
            <w:vAlign w:val="center"/>
          </w:tcPr>
          <w:p w14:paraId="0685E456" w14:textId="77777777" w:rsidR="00307182" w:rsidRDefault="00307182">
            <w:pPr>
              <w:spacing w:after="0" w:line="240" w:lineRule="auto"/>
            </w:pPr>
          </w:p>
        </w:tc>
      </w:tr>
    </w:tbl>
    <w:p w14:paraId="56C14662" w14:textId="77777777" w:rsidR="00307182" w:rsidRDefault="00000000">
      <w:pPr>
        <w:spacing w:before="140"/>
      </w:pPr>
      <w:r>
        <w:rPr>
          <w:b/>
          <w:color w:val="2D6B2F"/>
          <w:sz w:val="30"/>
        </w:rPr>
        <w:t>How to Use This Guide</w:t>
      </w:r>
    </w:p>
    <w:p w14:paraId="4FB5F292" w14:textId="77777777" w:rsidR="00307182" w:rsidRDefault="00000000">
      <w:pPr>
        <w:spacing w:after="60"/>
      </w:pPr>
      <w:r>
        <w:rPr>
          <w:sz w:val="19"/>
        </w:rPr>
        <w:t>1.  Identify what kind of source you actually used before formatting the reference.</w:t>
      </w:r>
    </w:p>
    <w:p w14:paraId="1227A422" w14:textId="77777777" w:rsidR="00307182" w:rsidRDefault="00000000">
      <w:pPr>
        <w:spacing w:after="60"/>
      </w:pPr>
      <w:r>
        <w:rPr>
          <w:sz w:val="19"/>
        </w:rPr>
        <w:t>2.  Use the DNP source guide to recognize common nursing and healthcare sources and the APA format they usually follow.</w:t>
      </w:r>
    </w:p>
    <w:p w14:paraId="15D05EB5" w14:textId="77777777" w:rsidR="00307182" w:rsidRDefault="00000000">
      <w:pPr>
        <w:spacing w:after="60"/>
      </w:pPr>
      <w:r>
        <w:rPr>
          <w:sz w:val="19"/>
        </w:rPr>
        <w:t>3.  Use the in-text guide while drafting and complete the citation-integrity check before attaching a source to an important claim.</w:t>
      </w:r>
    </w:p>
    <w:p w14:paraId="75CDFBA0" w14:textId="77777777" w:rsidR="00307182" w:rsidRDefault="00000000">
      <w:pPr>
        <w:spacing w:after="60"/>
      </w:pPr>
      <w:r>
        <w:rPr>
          <w:sz w:val="19"/>
        </w:rPr>
        <w:t>4.  Use the Master Source Tracker to record the source's role in the paper, where the supporting information is located, and whether citation work has been verified.</w:t>
      </w:r>
    </w:p>
    <w:p w14:paraId="7A3B19F7" w14:textId="77777777" w:rsidR="00307182" w:rsidRDefault="00000000">
      <w:pPr>
        <w:spacing w:after="60"/>
      </w:pPr>
      <w:r>
        <w:rPr>
          <w:sz w:val="19"/>
        </w:rPr>
        <w:t>5.  Use the Reference Builder only for difficult sources, then run the Final Audit after the paper and reference list are stable.</w:t>
      </w:r>
    </w:p>
    <w:tbl>
      <w:tblPr>
        <w:tblW w:w="0" w:type="auto"/>
        <w:jc w:val="center"/>
        <w:tblBorders>
          <w:top w:val="single" w:sz="4" w:space="0" w:color="D6DED3"/>
          <w:left w:val="single" w:sz="4" w:space="0" w:color="D6DED3"/>
          <w:bottom w:val="single" w:sz="4" w:space="0" w:color="D6DED3"/>
          <w:right w:val="single" w:sz="4" w:space="0" w:color="D6DED3"/>
          <w:insideH w:val="single" w:sz="4" w:space="0" w:color="D6DED3"/>
          <w:insideV w:val="single" w:sz="4" w:space="0" w:color="D6DED3"/>
        </w:tblBorders>
        <w:tblLook w:val="04A0" w:firstRow="1" w:lastRow="0" w:firstColumn="1" w:lastColumn="0" w:noHBand="0" w:noVBand="1"/>
      </w:tblPr>
      <w:tblGrid>
        <w:gridCol w:w="10282"/>
      </w:tblGrid>
      <w:tr w:rsidR="00307182" w14:paraId="4DC1508B" w14:textId="77777777">
        <w:trPr>
          <w:jc w:val="center"/>
        </w:trPr>
        <w:tc>
          <w:tcPr>
            <w:tcW w:w="10282" w:type="dxa"/>
            <w:shd w:val="clear" w:color="auto" w:fill="EAF2E8"/>
          </w:tcPr>
          <w:p w14:paraId="486007B3" w14:textId="77777777" w:rsidR="00307182" w:rsidRDefault="00000000">
            <w:pPr>
              <w:spacing w:after="20"/>
            </w:pPr>
            <w:r>
              <w:rPr>
                <w:b/>
                <w:color w:val="2D6B2F"/>
                <w:sz w:val="19"/>
              </w:rPr>
              <w:t>What This Tool Adds</w:t>
            </w:r>
          </w:p>
          <w:p w14:paraId="27143851" w14:textId="77777777" w:rsidR="00307182" w:rsidRDefault="00000000">
            <w:pPr>
              <w:spacing w:after="0"/>
            </w:pPr>
            <w:r>
              <w:rPr>
                <w:sz w:val="18"/>
              </w:rPr>
              <w:t>APA Style explains how citations and references are formatted. This tracker adds a workflow for DNP coursework: identify the publication format, record why the source is being used, keep a locator for the supporting evidence, and verify that the cited source actually supports the claim being made.</w:t>
            </w:r>
          </w:p>
        </w:tc>
      </w:tr>
    </w:tbl>
    <w:p w14:paraId="6CFBA426" w14:textId="55EC2E20" w:rsidR="00307182" w:rsidRDefault="00000000" w:rsidP="002D0EDF">
      <w:pPr>
        <w:spacing w:after="0" w:line="247" w:lineRule="auto"/>
      </w:pPr>
      <w:r>
        <w:rPr>
          <w:i/>
          <w:sz w:val="17"/>
        </w:rPr>
        <w:t>APA rules summarized in this guide are based on the seventh edition Publication Manual and official APA Style resources (American Psychological Association [APA], 2020, 2021).</w:t>
      </w:r>
    </w:p>
    <w:p w14:paraId="0CD54928" w14:textId="77777777" w:rsidR="00307182" w:rsidRDefault="00000000">
      <w:pPr>
        <w:spacing w:before="140"/>
      </w:pPr>
      <w:r>
        <w:rPr>
          <w:b/>
          <w:color w:val="2D6B2F"/>
          <w:sz w:val="30"/>
        </w:rPr>
        <w:t>1. Identify the Source Before You Format It</w:t>
      </w:r>
    </w:p>
    <w:p w14:paraId="6D64470A" w14:textId="77777777" w:rsidR="00307182" w:rsidRDefault="00000000">
      <w:pPr>
        <w:spacing w:after="100" w:line="247" w:lineRule="auto"/>
      </w:pPr>
      <w:r>
        <w:rPr>
          <w:sz w:val="19"/>
        </w:rPr>
        <w:t>APA reference format depends on the kind of work being cited and the reference elements available for that work (APA, 2020). Start by deciding what you actually used.</w:t>
      </w:r>
    </w:p>
    <w:tbl>
      <w:tblPr>
        <w:tblW w:w="0" w:type="auto"/>
        <w:jc w:val="center"/>
        <w:tblBorders>
          <w:top w:val="single" w:sz="4" w:space="0" w:color="D6DED3"/>
          <w:left w:val="single" w:sz="4" w:space="0" w:color="D6DED3"/>
          <w:bottom w:val="single" w:sz="4" w:space="0" w:color="D6DED3"/>
          <w:right w:val="single" w:sz="4" w:space="0" w:color="D6DED3"/>
          <w:insideH w:val="single" w:sz="4" w:space="0" w:color="D6DED3"/>
          <w:insideV w:val="single" w:sz="4" w:space="0" w:color="D6DED3"/>
        </w:tblBorders>
        <w:tblLayout w:type="fixed"/>
        <w:tblLook w:val="04A0" w:firstRow="1" w:lastRow="0" w:firstColumn="1" w:lastColumn="0" w:noHBand="0" w:noVBand="1"/>
      </w:tblPr>
      <w:tblGrid>
        <w:gridCol w:w="2952"/>
        <w:gridCol w:w="2376"/>
        <w:gridCol w:w="5256"/>
      </w:tblGrid>
      <w:tr w:rsidR="00307182" w14:paraId="5CFB0E4B" w14:textId="77777777">
        <w:trPr>
          <w:jc w:val="center"/>
        </w:trPr>
        <w:tc>
          <w:tcPr>
            <w:tcW w:w="2952" w:type="dxa"/>
            <w:shd w:val="clear" w:color="auto" w:fill="EAF2E8"/>
            <w:vAlign w:val="center"/>
          </w:tcPr>
          <w:p w14:paraId="3B063DB9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What You Used</w:t>
            </w:r>
          </w:p>
        </w:tc>
        <w:tc>
          <w:tcPr>
            <w:tcW w:w="2376" w:type="dxa"/>
            <w:shd w:val="clear" w:color="auto" w:fill="EAF2E8"/>
            <w:vAlign w:val="center"/>
          </w:tcPr>
          <w:p w14:paraId="797ABC0B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Usually Cite It As</w:t>
            </w:r>
          </w:p>
        </w:tc>
        <w:tc>
          <w:tcPr>
            <w:tcW w:w="5256" w:type="dxa"/>
            <w:shd w:val="clear" w:color="auto" w:fill="EAF2E8"/>
            <w:vAlign w:val="center"/>
          </w:tcPr>
          <w:p w14:paraId="748CEA07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Verify</w:t>
            </w:r>
          </w:p>
        </w:tc>
      </w:tr>
      <w:tr w:rsidR="00307182" w14:paraId="072175A0" w14:textId="77777777">
        <w:trPr>
          <w:jc w:val="center"/>
        </w:trPr>
        <w:tc>
          <w:tcPr>
            <w:tcW w:w="2952" w:type="dxa"/>
            <w:vAlign w:val="center"/>
          </w:tcPr>
          <w:p w14:paraId="266047E9" w14:textId="77777777" w:rsidR="0030718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Article in a scholarly journal</w:t>
            </w:r>
          </w:p>
        </w:tc>
        <w:tc>
          <w:tcPr>
            <w:tcW w:w="2376" w:type="dxa"/>
            <w:vAlign w:val="center"/>
          </w:tcPr>
          <w:p w14:paraId="56B3885D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Journal article</w:t>
            </w:r>
          </w:p>
        </w:tc>
        <w:tc>
          <w:tcPr>
            <w:tcW w:w="5256" w:type="dxa"/>
            <w:vAlign w:val="center"/>
          </w:tcPr>
          <w:p w14:paraId="40834601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Journal title, volume, issue, pages/article number, DOI</w:t>
            </w:r>
          </w:p>
        </w:tc>
      </w:tr>
      <w:tr w:rsidR="00307182" w14:paraId="36A97CC2" w14:textId="77777777">
        <w:trPr>
          <w:jc w:val="center"/>
        </w:trPr>
        <w:tc>
          <w:tcPr>
            <w:tcW w:w="2952" w:type="dxa"/>
            <w:vAlign w:val="center"/>
          </w:tcPr>
          <w:p w14:paraId="29AA25C3" w14:textId="77777777" w:rsidR="0030718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Entire authored book</w:t>
            </w:r>
          </w:p>
        </w:tc>
        <w:tc>
          <w:tcPr>
            <w:tcW w:w="2376" w:type="dxa"/>
            <w:vAlign w:val="center"/>
          </w:tcPr>
          <w:p w14:paraId="7F776AE0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Book</w:t>
            </w:r>
          </w:p>
        </w:tc>
        <w:tc>
          <w:tcPr>
            <w:tcW w:w="5256" w:type="dxa"/>
            <w:vAlign w:val="center"/>
          </w:tcPr>
          <w:p w14:paraId="234C06B1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Author, year, title, edition, publisher</w:t>
            </w:r>
          </w:p>
        </w:tc>
      </w:tr>
      <w:tr w:rsidR="00307182" w14:paraId="2DAEA87C" w14:textId="77777777">
        <w:trPr>
          <w:jc w:val="center"/>
        </w:trPr>
        <w:tc>
          <w:tcPr>
            <w:tcW w:w="2952" w:type="dxa"/>
            <w:vAlign w:val="center"/>
          </w:tcPr>
          <w:p w14:paraId="1F23EAC2" w14:textId="77777777" w:rsidR="0030718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Entire edited book</w:t>
            </w:r>
          </w:p>
        </w:tc>
        <w:tc>
          <w:tcPr>
            <w:tcW w:w="2376" w:type="dxa"/>
            <w:vAlign w:val="center"/>
          </w:tcPr>
          <w:p w14:paraId="3FF1C482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Edited book</w:t>
            </w:r>
          </w:p>
        </w:tc>
        <w:tc>
          <w:tcPr>
            <w:tcW w:w="5256" w:type="dxa"/>
            <w:vAlign w:val="center"/>
          </w:tcPr>
          <w:p w14:paraId="390C7343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Editor(s), year, title, edition, publisher</w:t>
            </w:r>
          </w:p>
        </w:tc>
      </w:tr>
      <w:tr w:rsidR="00307182" w14:paraId="10EF47F9" w14:textId="77777777">
        <w:trPr>
          <w:jc w:val="center"/>
        </w:trPr>
        <w:tc>
          <w:tcPr>
            <w:tcW w:w="2952" w:type="dxa"/>
            <w:vAlign w:val="center"/>
          </w:tcPr>
          <w:p w14:paraId="20825A0A" w14:textId="77777777" w:rsidR="0030718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Named chapter in an edited book</w:t>
            </w:r>
          </w:p>
        </w:tc>
        <w:tc>
          <w:tcPr>
            <w:tcW w:w="2376" w:type="dxa"/>
            <w:vAlign w:val="center"/>
          </w:tcPr>
          <w:p w14:paraId="43C505ED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Book chapter</w:t>
            </w:r>
          </w:p>
        </w:tc>
        <w:tc>
          <w:tcPr>
            <w:tcW w:w="5256" w:type="dxa"/>
            <w:vAlign w:val="center"/>
          </w:tcPr>
          <w:p w14:paraId="78813C32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Chapter author, chapter title, editor(s), book title, pages, publisher</w:t>
            </w:r>
          </w:p>
        </w:tc>
      </w:tr>
      <w:tr w:rsidR="00307182" w14:paraId="348D3BD6" w14:textId="77777777">
        <w:trPr>
          <w:jc w:val="center"/>
        </w:trPr>
        <w:tc>
          <w:tcPr>
            <w:tcW w:w="2952" w:type="dxa"/>
            <w:vAlign w:val="center"/>
          </w:tcPr>
          <w:p w14:paraId="46A8CE09" w14:textId="77777777" w:rsidR="0030718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Specific page on a website</w:t>
            </w:r>
          </w:p>
        </w:tc>
        <w:tc>
          <w:tcPr>
            <w:tcW w:w="2376" w:type="dxa"/>
            <w:vAlign w:val="center"/>
          </w:tcPr>
          <w:p w14:paraId="54F4FA0C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Webpage</w:t>
            </w:r>
          </w:p>
        </w:tc>
        <w:tc>
          <w:tcPr>
            <w:tcW w:w="5256" w:type="dxa"/>
            <w:vAlign w:val="center"/>
          </w:tcPr>
          <w:p w14:paraId="552982D6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Author/group, date, page title, site name if different, URL</w:t>
            </w:r>
          </w:p>
        </w:tc>
      </w:tr>
      <w:tr w:rsidR="00307182" w14:paraId="7768CCEE" w14:textId="77777777">
        <w:trPr>
          <w:jc w:val="center"/>
        </w:trPr>
        <w:tc>
          <w:tcPr>
            <w:tcW w:w="2952" w:type="dxa"/>
            <w:vAlign w:val="center"/>
          </w:tcPr>
          <w:p w14:paraId="293D5065" w14:textId="77777777" w:rsidR="0030718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Agency report or standalone guideline</w:t>
            </w:r>
          </w:p>
        </w:tc>
        <w:tc>
          <w:tcPr>
            <w:tcW w:w="2376" w:type="dxa"/>
            <w:vAlign w:val="center"/>
          </w:tcPr>
          <w:p w14:paraId="3041E964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Report / standalone work</w:t>
            </w:r>
          </w:p>
        </w:tc>
        <w:tc>
          <w:tcPr>
            <w:tcW w:w="5256" w:type="dxa"/>
            <w:vAlign w:val="center"/>
          </w:tcPr>
          <w:p w14:paraId="6BA36BBB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Author/group, date, title, report number if present, publisher if different, DOI/URL</w:t>
            </w:r>
          </w:p>
        </w:tc>
      </w:tr>
    </w:tbl>
    <w:p w14:paraId="0A8ACB2A" w14:textId="77777777" w:rsidR="00307182" w:rsidRDefault="00000000">
      <w:pPr>
        <w:spacing w:before="80"/>
      </w:pPr>
      <w:r>
        <w:rPr>
          <w:b/>
          <w:color w:val="2D6B2F"/>
          <w:sz w:val="24"/>
        </w:rPr>
        <w:t>Build the Reference From Four Elements</w:t>
      </w:r>
    </w:p>
    <w:tbl>
      <w:tblPr>
        <w:tblW w:w="0" w:type="auto"/>
        <w:jc w:val="center"/>
        <w:tblBorders>
          <w:top w:val="single" w:sz="4" w:space="0" w:color="D6DED3"/>
          <w:left w:val="single" w:sz="4" w:space="0" w:color="D6DED3"/>
          <w:bottom w:val="single" w:sz="4" w:space="0" w:color="D6DED3"/>
          <w:right w:val="single" w:sz="4" w:space="0" w:color="D6DED3"/>
          <w:insideH w:val="single" w:sz="4" w:space="0" w:color="D6DED3"/>
          <w:insideV w:val="single" w:sz="4" w:space="0" w:color="D6DED3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3240"/>
        <w:gridCol w:w="5832"/>
      </w:tblGrid>
      <w:tr w:rsidR="00307182" w14:paraId="3CCDAFE8" w14:textId="77777777">
        <w:trPr>
          <w:jc w:val="center"/>
        </w:trPr>
        <w:tc>
          <w:tcPr>
            <w:tcW w:w="1512" w:type="dxa"/>
            <w:shd w:val="clear" w:color="auto" w:fill="EAF2E8"/>
            <w:vAlign w:val="center"/>
          </w:tcPr>
          <w:p w14:paraId="09A0B1C0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Element</w:t>
            </w:r>
          </w:p>
        </w:tc>
        <w:tc>
          <w:tcPr>
            <w:tcW w:w="3240" w:type="dxa"/>
            <w:shd w:val="clear" w:color="auto" w:fill="EAF2E8"/>
            <w:vAlign w:val="center"/>
          </w:tcPr>
          <w:p w14:paraId="74CFBBA8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Question</w:t>
            </w:r>
          </w:p>
        </w:tc>
        <w:tc>
          <w:tcPr>
            <w:tcW w:w="5832" w:type="dxa"/>
            <w:shd w:val="clear" w:color="auto" w:fill="EAF2E8"/>
            <w:vAlign w:val="center"/>
          </w:tcPr>
          <w:p w14:paraId="605F22FA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Examples</w:t>
            </w:r>
          </w:p>
        </w:tc>
      </w:tr>
      <w:tr w:rsidR="00307182" w14:paraId="55818580" w14:textId="77777777">
        <w:trPr>
          <w:jc w:val="center"/>
        </w:trPr>
        <w:tc>
          <w:tcPr>
            <w:tcW w:w="1512" w:type="dxa"/>
            <w:vAlign w:val="center"/>
          </w:tcPr>
          <w:p w14:paraId="39E21E04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Author</w:t>
            </w:r>
          </w:p>
        </w:tc>
        <w:tc>
          <w:tcPr>
            <w:tcW w:w="3240" w:type="dxa"/>
            <w:vAlign w:val="center"/>
          </w:tcPr>
          <w:p w14:paraId="32A644EA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Who is responsible?</w:t>
            </w:r>
          </w:p>
        </w:tc>
        <w:tc>
          <w:tcPr>
            <w:tcW w:w="5832" w:type="dxa"/>
            <w:vAlign w:val="center"/>
          </w:tcPr>
          <w:p w14:paraId="2FAE8719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Person(s), editor(s), organization, government agency</w:t>
            </w:r>
          </w:p>
        </w:tc>
      </w:tr>
      <w:tr w:rsidR="00307182" w14:paraId="2889868F" w14:textId="77777777">
        <w:trPr>
          <w:jc w:val="center"/>
        </w:trPr>
        <w:tc>
          <w:tcPr>
            <w:tcW w:w="1512" w:type="dxa"/>
            <w:vAlign w:val="center"/>
          </w:tcPr>
          <w:p w14:paraId="64EB5AE9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Date</w:t>
            </w:r>
          </w:p>
        </w:tc>
        <w:tc>
          <w:tcPr>
            <w:tcW w:w="3240" w:type="dxa"/>
            <w:vAlign w:val="center"/>
          </w:tcPr>
          <w:p w14:paraId="340B8D90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When was this version published?</w:t>
            </w:r>
          </w:p>
        </w:tc>
        <w:tc>
          <w:tcPr>
            <w:tcW w:w="5832" w:type="dxa"/>
            <w:vAlign w:val="center"/>
          </w:tcPr>
          <w:p w14:paraId="3A429CE3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Year; fuller date for some webpages/news; n.d. when no date is available</w:t>
            </w:r>
          </w:p>
        </w:tc>
      </w:tr>
      <w:tr w:rsidR="00307182" w14:paraId="049989EF" w14:textId="77777777">
        <w:trPr>
          <w:jc w:val="center"/>
        </w:trPr>
        <w:tc>
          <w:tcPr>
            <w:tcW w:w="1512" w:type="dxa"/>
            <w:vAlign w:val="center"/>
          </w:tcPr>
          <w:p w14:paraId="3EFBEA79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Title</w:t>
            </w:r>
          </w:p>
        </w:tc>
        <w:tc>
          <w:tcPr>
            <w:tcW w:w="3240" w:type="dxa"/>
            <w:vAlign w:val="center"/>
          </w:tcPr>
          <w:p w14:paraId="615F0B95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What is this work called?</w:t>
            </w:r>
          </w:p>
        </w:tc>
        <w:tc>
          <w:tcPr>
            <w:tcW w:w="5832" w:type="dxa"/>
            <w:vAlign w:val="center"/>
          </w:tcPr>
          <w:p w14:paraId="164C34FD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Article, chapter, book, report, or webpage title</w:t>
            </w:r>
          </w:p>
        </w:tc>
      </w:tr>
      <w:tr w:rsidR="00307182" w14:paraId="3E35AD97" w14:textId="77777777">
        <w:trPr>
          <w:jc w:val="center"/>
        </w:trPr>
        <w:tc>
          <w:tcPr>
            <w:tcW w:w="1512" w:type="dxa"/>
            <w:vAlign w:val="center"/>
          </w:tcPr>
          <w:p w14:paraId="114D35E6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Source</w:t>
            </w:r>
          </w:p>
        </w:tc>
        <w:tc>
          <w:tcPr>
            <w:tcW w:w="3240" w:type="dxa"/>
            <w:vAlign w:val="center"/>
          </w:tcPr>
          <w:p w14:paraId="5A196223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Where is it published or retrievable?</w:t>
            </w:r>
          </w:p>
        </w:tc>
        <w:tc>
          <w:tcPr>
            <w:tcW w:w="5832" w:type="dxa"/>
            <w:vAlign w:val="center"/>
          </w:tcPr>
          <w:p w14:paraId="1AD6D1A7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Journal details, edited book, publisher, DOI, URL</w:t>
            </w:r>
          </w:p>
        </w:tc>
      </w:tr>
    </w:tbl>
    <w:p w14:paraId="2C513CFE" w14:textId="77777777" w:rsidR="00307182" w:rsidRDefault="00000000">
      <w:pPr>
        <w:spacing w:before="80"/>
      </w:pPr>
      <w:r>
        <w:rPr>
          <w:b/>
          <w:color w:val="2D6B2F"/>
          <w:sz w:val="24"/>
        </w:rPr>
        <w:t>Quick Decisions</w:t>
      </w:r>
    </w:p>
    <w:tbl>
      <w:tblPr>
        <w:tblW w:w="0" w:type="auto"/>
        <w:jc w:val="center"/>
        <w:tblBorders>
          <w:top w:val="single" w:sz="4" w:space="0" w:color="D6DED3"/>
          <w:left w:val="single" w:sz="4" w:space="0" w:color="D6DED3"/>
          <w:bottom w:val="single" w:sz="4" w:space="0" w:color="D6DED3"/>
          <w:right w:val="single" w:sz="4" w:space="0" w:color="D6DED3"/>
          <w:insideH w:val="single" w:sz="4" w:space="0" w:color="D6DED3"/>
          <w:insideV w:val="single" w:sz="4" w:space="0" w:color="D6DED3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984"/>
      </w:tblGrid>
      <w:tr w:rsidR="00307182" w14:paraId="298A00A4" w14:textId="77777777">
        <w:trPr>
          <w:jc w:val="center"/>
        </w:trPr>
        <w:tc>
          <w:tcPr>
            <w:tcW w:w="3600" w:type="dxa"/>
            <w:shd w:val="clear" w:color="auto" w:fill="EAF2E8"/>
            <w:vAlign w:val="center"/>
          </w:tcPr>
          <w:p w14:paraId="439DAC86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If This Happens</w:t>
            </w:r>
          </w:p>
        </w:tc>
        <w:tc>
          <w:tcPr>
            <w:tcW w:w="6984" w:type="dxa"/>
            <w:shd w:val="clear" w:color="auto" w:fill="EAF2E8"/>
            <w:vAlign w:val="center"/>
          </w:tcPr>
          <w:p w14:paraId="12F058C4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Do This</w:t>
            </w:r>
          </w:p>
        </w:tc>
      </w:tr>
      <w:tr w:rsidR="00307182" w14:paraId="39AF65D4" w14:textId="77777777">
        <w:trPr>
          <w:jc w:val="center"/>
        </w:trPr>
        <w:tc>
          <w:tcPr>
            <w:tcW w:w="3600" w:type="dxa"/>
            <w:vAlign w:val="center"/>
          </w:tcPr>
          <w:p w14:paraId="2E475837" w14:textId="77777777" w:rsidR="00307182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No individual author, but a responsible organization is clear</w:t>
            </w:r>
          </w:p>
        </w:tc>
        <w:tc>
          <w:tcPr>
            <w:tcW w:w="6984" w:type="dxa"/>
            <w:vAlign w:val="center"/>
          </w:tcPr>
          <w:p w14:paraId="020FF825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Use the organization as the group author.</w:t>
            </w:r>
          </w:p>
        </w:tc>
      </w:tr>
      <w:tr w:rsidR="00307182" w14:paraId="2DF756D7" w14:textId="77777777">
        <w:trPr>
          <w:jc w:val="center"/>
        </w:trPr>
        <w:tc>
          <w:tcPr>
            <w:tcW w:w="3600" w:type="dxa"/>
            <w:vAlign w:val="center"/>
          </w:tcPr>
          <w:p w14:paraId="18E24D50" w14:textId="77777777" w:rsidR="00307182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No individual or group author can be identified</w:t>
            </w:r>
          </w:p>
        </w:tc>
        <w:tc>
          <w:tcPr>
            <w:tcW w:w="6984" w:type="dxa"/>
            <w:vAlign w:val="center"/>
          </w:tcPr>
          <w:p w14:paraId="3CBCB1A2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Move the title into the author position.</w:t>
            </w:r>
          </w:p>
        </w:tc>
      </w:tr>
      <w:tr w:rsidR="00307182" w14:paraId="50AC1A36" w14:textId="77777777">
        <w:trPr>
          <w:jc w:val="center"/>
        </w:trPr>
        <w:tc>
          <w:tcPr>
            <w:tcW w:w="3600" w:type="dxa"/>
            <w:vAlign w:val="center"/>
          </w:tcPr>
          <w:p w14:paraId="04CB386C" w14:textId="77777777" w:rsidR="00307182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No publication date is available</w:t>
            </w:r>
          </w:p>
        </w:tc>
        <w:tc>
          <w:tcPr>
            <w:tcW w:w="6984" w:type="dxa"/>
            <w:vAlign w:val="center"/>
          </w:tcPr>
          <w:p w14:paraId="03403133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Use n.d. in the date position.</w:t>
            </w:r>
          </w:p>
        </w:tc>
      </w:tr>
      <w:tr w:rsidR="00307182" w14:paraId="1ACB17B9" w14:textId="77777777">
        <w:trPr>
          <w:jc w:val="center"/>
        </w:trPr>
        <w:tc>
          <w:tcPr>
            <w:tcW w:w="3600" w:type="dxa"/>
            <w:vAlign w:val="center"/>
          </w:tcPr>
          <w:p w14:paraId="75767BA8" w14:textId="77777777" w:rsidR="00307182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Author and website name are the same</w:t>
            </w:r>
          </w:p>
        </w:tc>
        <w:tc>
          <w:tcPr>
            <w:tcW w:w="6984" w:type="dxa"/>
            <w:vAlign w:val="center"/>
          </w:tcPr>
          <w:p w14:paraId="5D72DE68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Omit the repeated website name.</w:t>
            </w:r>
          </w:p>
        </w:tc>
      </w:tr>
      <w:tr w:rsidR="00307182" w14:paraId="276EA576" w14:textId="77777777">
        <w:trPr>
          <w:jc w:val="center"/>
        </w:trPr>
        <w:tc>
          <w:tcPr>
            <w:tcW w:w="3600" w:type="dxa"/>
            <w:vAlign w:val="center"/>
          </w:tcPr>
          <w:p w14:paraId="7C59C2CF" w14:textId="77777777" w:rsidR="00307182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Author and publisher are the same</w:t>
            </w:r>
          </w:p>
        </w:tc>
        <w:tc>
          <w:tcPr>
            <w:tcW w:w="6984" w:type="dxa"/>
            <w:vAlign w:val="center"/>
          </w:tcPr>
          <w:p w14:paraId="1A937EA8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Omit the repeated publisher.</w:t>
            </w:r>
          </w:p>
        </w:tc>
      </w:tr>
      <w:tr w:rsidR="00307182" w14:paraId="3465A94D" w14:textId="77777777">
        <w:trPr>
          <w:jc w:val="center"/>
        </w:trPr>
        <w:tc>
          <w:tcPr>
            <w:tcW w:w="3600" w:type="dxa"/>
            <w:vAlign w:val="center"/>
          </w:tcPr>
          <w:p w14:paraId="5ACE5CB5" w14:textId="77777777" w:rsidR="00307182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A DOI is available</w:t>
            </w:r>
          </w:p>
        </w:tc>
        <w:tc>
          <w:tcPr>
            <w:tcW w:w="6984" w:type="dxa"/>
            <w:vAlign w:val="center"/>
          </w:tcPr>
          <w:p w14:paraId="39C7787A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Use the DOI in https://doi.org/ format.</w:t>
            </w:r>
          </w:p>
        </w:tc>
      </w:tr>
      <w:tr w:rsidR="00307182" w14:paraId="4B5268C7" w14:textId="77777777">
        <w:trPr>
          <w:jc w:val="center"/>
        </w:trPr>
        <w:tc>
          <w:tcPr>
            <w:tcW w:w="3600" w:type="dxa"/>
            <w:vAlign w:val="center"/>
          </w:tcPr>
          <w:p w14:paraId="3B1CC5AA" w14:textId="77777777" w:rsidR="00307182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The source came from a normal academic database</w:t>
            </w:r>
          </w:p>
        </w:tc>
        <w:tc>
          <w:tcPr>
            <w:tcW w:w="6984" w:type="dxa"/>
            <w:vAlign w:val="center"/>
          </w:tcPr>
          <w:p w14:paraId="59D7EAAA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Usually omit the database name and database URL for a standard journal article.</w:t>
            </w:r>
          </w:p>
        </w:tc>
      </w:tr>
      <w:tr w:rsidR="00307182" w14:paraId="2713A380" w14:textId="77777777">
        <w:trPr>
          <w:jc w:val="center"/>
        </w:trPr>
        <w:tc>
          <w:tcPr>
            <w:tcW w:w="3600" w:type="dxa"/>
            <w:vAlign w:val="center"/>
          </w:tcPr>
          <w:p w14:paraId="338A7F26" w14:textId="77777777" w:rsidR="00307182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The item is called a 'guideline'</w:t>
            </w:r>
          </w:p>
        </w:tc>
        <w:tc>
          <w:tcPr>
            <w:tcW w:w="6984" w:type="dxa"/>
            <w:vAlign w:val="center"/>
          </w:tcPr>
          <w:p w14:paraId="633C9B03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Cite the format you actually used: journal article, report, webpage, etc.</w:t>
            </w:r>
          </w:p>
        </w:tc>
      </w:tr>
    </w:tbl>
    <w:p w14:paraId="7CB277B2" w14:textId="3778FB14" w:rsidR="00307182" w:rsidRDefault="00000000" w:rsidP="006C0289">
      <w:r>
        <w:rPr>
          <w:b/>
          <w:color w:val="2D6B2F"/>
          <w:sz w:val="30"/>
        </w:rPr>
        <w:lastRenderedPageBreak/>
        <w:t>2. Common Sources in DNP Coursework</w:t>
      </w:r>
    </w:p>
    <w:p w14:paraId="65A6DBBA" w14:textId="77777777" w:rsidR="00307182" w:rsidRDefault="00000000">
      <w:pPr>
        <w:spacing w:after="100" w:line="247" w:lineRule="auto"/>
      </w:pPr>
      <w:r>
        <w:rPr>
          <w:sz w:val="19"/>
        </w:rPr>
        <w:t>The content label does not always tell you the APA source type. A guideline, systematic review, policy document, or professional standard still has to be cited according to how that specific work was published (APA, 2020).</w:t>
      </w:r>
    </w:p>
    <w:tbl>
      <w:tblPr>
        <w:tblW w:w="0" w:type="auto"/>
        <w:jc w:val="center"/>
        <w:tblBorders>
          <w:top w:val="single" w:sz="4" w:space="0" w:color="D6DED3"/>
          <w:left w:val="single" w:sz="4" w:space="0" w:color="D6DED3"/>
          <w:bottom w:val="single" w:sz="4" w:space="0" w:color="D6DED3"/>
          <w:right w:val="single" w:sz="4" w:space="0" w:color="D6DED3"/>
          <w:insideH w:val="single" w:sz="4" w:space="0" w:color="D6DED3"/>
          <w:insideV w:val="single" w:sz="4" w:space="0" w:color="D6DED3"/>
        </w:tblBorders>
        <w:tblLayout w:type="fixed"/>
        <w:tblLook w:val="04A0" w:firstRow="1" w:lastRow="0" w:firstColumn="1" w:lastColumn="0" w:noHBand="0" w:noVBand="1"/>
      </w:tblPr>
      <w:tblGrid>
        <w:gridCol w:w="3427"/>
        <w:gridCol w:w="3528"/>
        <w:gridCol w:w="4176"/>
      </w:tblGrid>
      <w:tr w:rsidR="00307182" w14:paraId="5125F371" w14:textId="77777777">
        <w:trPr>
          <w:jc w:val="center"/>
        </w:trPr>
        <w:tc>
          <w:tcPr>
            <w:tcW w:w="2880" w:type="dxa"/>
            <w:shd w:val="clear" w:color="auto" w:fill="EAF2E8"/>
            <w:vAlign w:val="center"/>
          </w:tcPr>
          <w:p w14:paraId="4D485658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Common DNP Source</w:t>
            </w:r>
          </w:p>
        </w:tc>
        <w:tc>
          <w:tcPr>
            <w:tcW w:w="3528" w:type="dxa"/>
            <w:shd w:val="clear" w:color="auto" w:fill="EAF2E8"/>
            <w:vAlign w:val="center"/>
          </w:tcPr>
          <w:p w14:paraId="6B255DC2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Check the Publication Format</w:t>
            </w:r>
          </w:p>
        </w:tc>
        <w:tc>
          <w:tcPr>
            <w:tcW w:w="4176" w:type="dxa"/>
            <w:shd w:val="clear" w:color="auto" w:fill="EAF2E8"/>
            <w:vAlign w:val="center"/>
          </w:tcPr>
          <w:p w14:paraId="138ADBFB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APA Structure to Use</w:t>
            </w:r>
          </w:p>
        </w:tc>
      </w:tr>
      <w:tr w:rsidR="00307182" w14:paraId="14BB0017" w14:textId="77777777">
        <w:trPr>
          <w:jc w:val="center"/>
        </w:trPr>
        <w:tc>
          <w:tcPr>
            <w:tcW w:w="3427" w:type="dxa"/>
            <w:vAlign w:val="center"/>
          </w:tcPr>
          <w:p w14:paraId="37F905ED" w14:textId="77777777" w:rsidR="00307182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Peer-reviewed research article</w:t>
            </w:r>
          </w:p>
        </w:tc>
        <w:tc>
          <w:tcPr>
            <w:tcW w:w="3427" w:type="dxa"/>
            <w:vAlign w:val="center"/>
          </w:tcPr>
          <w:p w14:paraId="676520B3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Published in a journal?</w:t>
            </w:r>
          </w:p>
        </w:tc>
        <w:tc>
          <w:tcPr>
            <w:tcW w:w="3427" w:type="dxa"/>
            <w:vAlign w:val="center"/>
          </w:tcPr>
          <w:p w14:paraId="2DA4576F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Journal article</w:t>
            </w:r>
          </w:p>
        </w:tc>
      </w:tr>
      <w:tr w:rsidR="00307182" w14:paraId="44210056" w14:textId="77777777">
        <w:trPr>
          <w:jc w:val="center"/>
        </w:trPr>
        <w:tc>
          <w:tcPr>
            <w:tcW w:w="3427" w:type="dxa"/>
            <w:vAlign w:val="center"/>
          </w:tcPr>
          <w:p w14:paraId="64FF1FC3" w14:textId="77777777" w:rsidR="00307182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Systematic review / meta-analysis</w:t>
            </w:r>
          </w:p>
        </w:tc>
        <w:tc>
          <w:tcPr>
            <w:tcW w:w="3427" w:type="dxa"/>
            <w:vAlign w:val="center"/>
          </w:tcPr>
          <w:p w14:paraId="2A725887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Published in a journal or as a standalone review?</w:t>
            </w:r>
          </w:p>
        </w:tc>
        <w:tc>
          <w:tcPr>
            <w:tcW w:w="3427" w:type="dxa"/>
            <w:vAlign w:val="center"/>
          </w:tcPr>
          <w:p w14:paraId="7FBB00F7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Use the format of the version used; many are journal articles</w:t>
            </w:r>
          </w:p>
        </w:tc>
      </w:tr>
      <w:tr w:rsidR="00307182" w14:paraId="2A619C50" w14:textId="77777777">
        <w:trPr>
          <w:jc w:val="center"/>
        </w:trPr>
        <w:tc>
          <w:tcPr>
            <w:tcW w:w="3427" w:type="dxa"/>
            <w:vAlign w:val="center"/>
          </w:tcPr>
          <w:p w14:paraId="4116BFC7" w14:textId="77777777" w:rsidR="00307182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Clinical practice guideline</w:t>
            </w:r>
          </w:p>
        </w:tc>
        <w:tc>
          <w:tcPr>
            <w:tcW w:w="3427" w:type="dxa"/>
            <w:vAlign w:val="center"/>
          </w:tcPr>
          <w:p w14:paraId="20C81BA6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Journal article, organization report, or webpage?</w:t>
            </w:r>
          </w:p>
        </w:tc>
        <w:tc>
          <w:tcPr>
            <w:tcW w:w="3427" w:type="dxa"/>
            <w:vAlign w:val="center"/>
          </w:tcPr>
          <w:p w14:paraId="37D9676D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Use the matching journal, report, or webpage format</w:t>
            </w:r>
          </w:p>
        </w:tc>
      </w:tr>
      <w:tr w:rsidR="00307182" w14:paraId="2ADB7C5D" w14:textId="77777777">
        <w:trPr>
          <w:jc w:val="center"/>
        </w:trPr>
        <w:tc>
          <w:tcPr>
            <w:tcW w:w="3427" w:type="dxa"/>
            <w:vAlign w:val="center"/>
          </w:tcPr>
          <w:p w14:paraId="7DB6691F" w14:textId="77777777" w:rsidR="00307182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Government guidance or data page</w:t>
            </w:r>
          </w:p>
        </w:tc>
        <w:tc>
          <w:tcPr>
            <w:tcW w:w="3427" w:type="dxa"/>
            <w:vAlign w:val="center"/>
          </w:tcPr>
          <w:p w14:paraId="59EBD614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Webpage, report, dataset, or surveillance publication?</w:t>
            </w:r>
          </w:p>
        </w:tc>
        <w:tc>
          <w:tcPr>
            <w:tcW w:w="3427" w:type="dxa"/>
            <w:vAlign w:val="center"/>
          </w:tcPr>
          <w:p w14:paraId="478094DB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Use the matching format rather than citing the agency generically</w:t>
            </w:r>
          </w:p>
        </w:tc>
      </w:tr>
      <w:tr w:rsidR="00307182" w14:paraId="11BDD5D0" w14:textId="77777777">
        <w:trPr>
          <w:jc w:val="center"/>
        </w:trPr>
        <w:tc>
          <w:tcPr>
            <w:tcW w:w="3427" w:type="dxa"/>
            <w:vAlign w:val="center"/>
          </w:tcPr>
          <w:p w14:paraId="413EB75A" w14:textId="77777777" w:rsidR="00307182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Professional organization document</w:t>
            </w:r>
          </w:p>
        </w:tc>
        <w:tc>
          <w:tcPr>
            <w:tcW w:w="3427" w:type="dxa"/>
            <w:vAlign w:val="center"/>
          </w:tcPr>
          <w:p w14:paraId="1E0CE10C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Report, position statement, standard, webpage, or journal article?</w:t>
            </w:r>
          </w:p>
        </w:tc>
        <w:tc>
          <w:tcPr>
            <w:tcW w:w="3427" w:type="dxa"/>
            <w:vAlign w:val="center"/>
          </w:tcPr>
          <w:p w14:paraId="6F224BAB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Use the publication format of the specific document</w:t>
            </w:r>
          </w:p>
        </w:tc>
      </w:tr>
      <w:tr w:rsidR="00307182" w14:paraId="13472EAD" w14:textId="77777777">
        <w:trPr>
          <w:jc w:val="center"/>
        </w:trPr>
        <w:tc>
          <w:tcPr>
            <w:tcW w:w="3427" w:type="dxa"/>
            <w:vAlign w:val="center"/>
          </w:tcPr>
          <w:p w14:paraId="3AC03540" w14:textId="77777777" w:rsidR="00307182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Graduate nursing textbook</w:t>
            </w:r>
          </w:p>
        </w:tc>
        <w:tc>
          <w:tcPr>
            <w:tcW w:w="3427" w:type="dxa"/>
            <w:vAlign w:val="center"/>
          </w:tcPr>
          <w:p w14:paraId="7AC7A3ED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Authored book or edited book?</w:t>
            </w:r>
          </w:p>
        </w:tc>
        <w:tc>
          <w:tcPr>
            <w:tcW w:w="3427" w:type="dxa"/>
            <w:vAlign w:val="center"/>
          </w:tcPr>
          <w:p w14:paraId="57E8A678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Book or edited-book format</w:t>
            </w:r>
          </w:p>
        </w:tc>
      </w:tr>
      <w:tr w:rsidR="00307182" w14:paraId="6C4816AA" w14:textId="77777777">
        <w:trPr>
          <w:jc w:val="center"/>
        </w:trPr>
        <w:tc>
          <w:tcPr>
            <w:tcW w:w="3427" w:type="dxa"/>
            <w:vAlign w:val="center"/>
          </w:tcPr>
          <w:p w14:paraId="2CD65799" w14:textId="77777777" w:rsidR="00307182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Chapter from an edited textbook</w:t>
            </w:r>
          </w:p>
        </w:tc>
        <w:tc>
          <w:tcPr>
            <w:tcW w:w="3427" w:type="dxa"/>
            <w:vAlign w:val="center"/>
          </w:tcPr>
          <w:p w14:paraId="35EB5DA0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Named chapter author(s) different from book editor(s)?</w:t>
            </w:r>
          </w:p>
        </w:tc>
        <w:tc>
          <w:tcPr>
            <w:tcW w:w="3427" w:type="dxa"/>
            <w:vAlign w:val="center"/>
          </w:tcPr>
          <w:p w14:paraId="2173A32F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Edited-book chapter</w:t>
            </w:r>
          </w:p>
        </w:tc>
      </w:tr>
      <w:tr w:rsidR="00307182" w14:paraId="1CB35AE9" w14:textId="77777777">
        <w:trPr>
          <w:jc w:val="center"/>
        </w:trPr>
        <w:tc>
          <w:tcPr>
            <w:tcW w:w="3427" w:type="dxa"/>
            <w:vAlign w:val="center"/>
          </w:tcPr>
          <w:p w14:paraId="249A7ABC" w14:textId="77777777" w:rsidR="00307182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Cochrane or other evidence synthesis</w:t>
            </w:r>
          </w:p>
        </w:tc>
        <w:tc>
          <w:tcPr>
            <w:tcW w:w="3427" w:type="dxa"/>
            <w:vAlign w:val="center"/>
          </w:tcPr>
          <w:p w14:paraId="55634541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Journal publication or database/standalone review?</w:t>
            </w:r>
          </w:p>
        </w:tc>
        <w:tc>
          <w:tcPr>
            <w:tcW w:w="3427" w:type="dxa"/>
            <w:vAlign w:val="center"/>
          </w:tcPr>
          <w:p w14:paraId="5C64A8FA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>Cite the version actually consulted</w:t>
            </w:r>
          </w:p>
        </w:tc>
      </w:tr>
    </w:tbl>
    <w:p w14:paraId="27B35930" w14:textId="77777777" w:rsidR="00307182" w:rsidRDefault="00000000">
      <w:pPr>
        <w:spacing w:before="80"/>
      </w:pPr>
      <w:r>
        <w:rPr>
          <w:b/>
          <w:color w:val="2D6B2F"/>
          <w:sz w:val="24"/>
        </w:rPr>
        <w:t>Common APA 7 Structures</w:t>
      </w:r>
    </w:p>
    <w:tbl>
      <w:tblPr>
        <w:tblW w:w="11203" w:type="dxa"/>
        <w:jc w:val="center"/>
        <w:tblBorders>
          <w:top w:val="single" w:sz="4" w:space="0" w:color="D6DED3"/>
          <w:left w:val="single" w:sz="4" w:space="0" w:color="D6DED3"/>
          <w:bottom w:val="single" w:sz="4" w:space="0" w:color="D6DED3"/>
          <w:right w:val="single" w:sz="4" w:space="0" w:color="D6DED3"/>
          <w:insideH w:val="single" w:sz="4" w:space="0" w:color="D6DED3"/>
          <w:insideV w:val="single" w:sz="4" w:space="0" w:color="D6DED3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9295"/>
      </w:tblGrid>
      <w:tr w:rsidR="00307182" w14:paraId="3FE4ECBE" w14:textId="77777777" w:rsidTr="006C0289">
        <w:trPr>
          <w:jc w:val="center"/>
        </w:trPr>
        <w:tc>
          <w:tcPr>
            <w:tcW w:w="1908" w:type="dxa"/>
            <w:shd w:val="clear" w:color="auto" w:fill="EAF2E8"/>
            <w:vAlign w:val="center"/>
          </w:tcPr>
          <w:p w14:paraId="26715749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Source Type</w:t>
            </w:r>
          </w:p>
        </w:tc>
        <w:tc>
          <w:tcPr>
            <w:tcW w:w="9295" w:type="dxa"/>
            <w:shd w:val="clear" w:color="auto" w:fill="EAF2E8"/>
            <w:vAlign w:val="center"/>
          </w:tcPr>
          <w:p w14:paraId="652E64FB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Example Pattern</w:t>
            </w:r>
          </w:p>
        </w:tc>
      </w:tr>
      <w:tr w:rsidR="00307182" w14:paraId="3E58DDF6" w14:textId="77777777" w:rsidTr="006C0289">
        <w:trPr>
          <w:jc w:val="center"/>
        </w:trPr>
        <w:tc>
          <w:tcPr>
            <w:tcW w:w="1908" w:type="dxa"/>
            <w:vAlign w:val="center"/>
          </w:tcPr>
          <w:p w14:paraId="4C5AFCA8" w14:textId="77777777" w:rsidR="0030718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Journal article</w:t>
            </w:r>
          </w:p>
        </w:tc>
        <w:tc>
          <w:tcPr>
            <w:tcW w:w="9295" w:type="dxa"/>
            <w:vAlign w:val="center"/>
          </w:tcPr>
          <w:p w14:paraId="599B8562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 xml:space="preserve">Author, A. A. (Year). Title of article. </w:t>
            </w:r>
            <w:r>
              <w:rPr>
                <w:i/>
                <w:sz w:val="15"/>
              </w:rPr>
              <w:t>Journal Title, 12</w:t>
            </w:r>
            <w:r>
              <w:rPr>
                <w:sz w:val="15"/>
              </w:rPr>
              <w:t>(3), 123-135. https://doi.org/xxxxx</w:t>
            </w:r>
          </w:p>
        </w:tc>
      </w:tr>
      <w:tr w:rsidR="00307182" w14:paraId="6AB78156" w14:textId="77777777" w:rsidTr="006C0289">
        <w:trPr>
          <w:jc w:val="center"/>
        </w:trPr>
        <w:tc>
          <w:tcPr>
            <w:tcW w:w="1908" w:type="dxa"/>
            <w:vAlign w:val="center"/>
          </w:tcPr>
          <w:p w14:paraId="72480CA4" w14:textId="77777777" w:rsidR="0030718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Report / guideline</w:t>
            </w:r>
          </w:p>
        </w:tc>
        <w:tc>
          <w:tcPr>
            <w:tcW w:w="9295" w:type="dxa"/>
            <w:vAlign w:val="center"/>
          </w:tcPr>
          <w:p w14:paraId="5119ED75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 xml:space="preserve">Organization. (Year). </w:t>
            </w:r>
            <w:r>
              <w:rPr>
                <w:i/>
                <w:sz w:val="15"/>
              </w:rPr>
              <w:t>Title of report or guideline</w:t>
            </w:r>
            <w:r>
              <w:rPr>
                <w:sz w:val="15"/>
              </w:rPr>
              <w:t>. Publisher if different. URL or DOI</w:t>
            </w:r>
          </w:p>
        </w:tc>
      </w:tr>
      <w:tr w:rsidR="00307182" w14:paraId="1580748B" w14:textId="77777777" w:rsidTr="006C0289">
        <w:trPr>
          <w:jc w:val="center"/>
        </w:trPr>
        <w:tc>
          <w:tcPr>
            <w:tcW w:w="1908" w:type="dxa"/>
            <w:vAlign w:val="center"/>
          </w:tcPr>
          <w:p w14:paraId="1CE9A64C" w14:textId="77777777" w:rsidR="0030718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Webpage</w:t>
            </w:r>
          </w:p>
        </w:tc>
        <w:tc>
          <w:tcPr>
            <w:tcW w:w="9295" w:type="dxa"/>
            <w:vAlign w:val="center"/>
          </w:tcPr>
          <w:p w14:paraId="4A9D7438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 xml:space="preserve">Organization. (Year, Month Day). </w:t>
            </w:r>
            <w:r>
              <w:rPr>
                <w:i/>
                <w:sz w:val="15"/>
              </w:rPr>
              <w:t>Title of webpage</w:t>
            </w:r>
            <w:r>
              <w:rPr>
                <w:sz w:val="15"/>
              </w:rPr>
              <w:t>. Site Name if different. URL</w:t>
            </w:r>
          </w:p>
        </w:tc>
      </w:tr>
      <w:tr w:rsidR="00307182" w14:paraId="5729A032" w14:textId="77777777" w:rsidTr="006C0289">
        <w:trPr>
          <w:jc w:val="center"/>
        </w:trPr>
        <w:tc>
          <w:tcPr>
            <w:tcW w:w="1908" w:type="dxa"/>
            <w:vAlign w:val="center"/>
          </w:tcPr>
          <w:p w14:paraId="7C03B70F" w14:textId="77777777" w:rsidR="0030718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Edited-book chapter</w:t>
            </w:r>
          </w:p>
        </w:tc>
        <w:tc>
          <w:tcPr>
            <w:tcW w:w="9295" w:type="dxa"/>
            <w:vAlign w:val="center"/>
          </w:tcPr>
          <w:p w14:paraId="3592ADFD" w14:textId="77777777" w:rsidR="00307182" w:rsidRDefault="00000000">
            <w:pPr>
              <w:spacing w:after="0" w:line="240" w:lineRule="auto"/>
            </w:pPr>
            <w:r>
              <w:rPr>
                <w:sz w:val="15"/>
              </w:rPr>
              <w:t xml:space="preserve">Author, A. A. (Year). Title of chapter. In E. E. Editor (Ed.), </w:t>
            </w:r>
            <w:r>
              <w:rPr>
                <w:i/>
                <w:sz w:val="15"/>
              </w:rPr>
              <w:t>Title of book</w:t>
            </w:r>
            <w:r>
              <w:rPr>
                <w:sz w:val="15"/>
              </w:rPr>
              <w:t xml:space="preserve"> (pp. 10-25). Publisher.</w:t>
            </w:r>
          </w:p>
        </w:tc>
      </w:tr>
    </w:tbl>
    <w:tbl>
      <w:tblPr>
        <w:tblW w:w="11160" w:type="dxa"/>
        <w:jc w:val="center"/>
        <w:tblBorders>
          <w:top w:val="single" w:sz="4" w:space="0" w:color="D6DED3"/>
          <w:left w:val="single" w:sz="4" w:space="0" w:color="D6DED3"/>
          <w:bottom w:val="single" w:sz="4" w:space="0" w:color="D6DED3"/>
          <w:right w:val="single" w:sz="4" w:space="0" w:color="D6DED3"/>
          <w:insideH w:val="single" w:sz="4" w:space="0" w:color="D6DED3"/>
          <w:insideV w:val="single" w:sz="4" w:space="0" w:color="D6DED3"/>
        </w:tblBorders>
        <w:tblLook w:val="04A0" w:firstRow="1" w:lastRow="0" w:firstColumn="1" w:lastColumn="0" w:noHBand="0" w:noVBand="1"/>
      </w:tblPr>
      <w:tblGrid>
        <w:gridCol w:w="11160"/>
      </w:tblGrid>
      <w:tr w:rsidR="00307182" w14:paraId="5669B4C0" w14:textId="77777777" w:rsidTr="006C0289">
        <w:trPr>
          <w:jc w:val="center"/>
        </w:trPr>
        <w:tc>
          <w:tcPr>
            <w:tcW w:w="11160" w:type="dxa"/>
            <w:shd w:val="clear" w:color="auto" w:fill="EAF2E8"/>
          </w:tcPr>
          <w:p w14:paraId="72F37D78" w14:textId="77777777" w:rsidR="00307182" w:rsidRDefault="00000000">
            <w:pPr>
              <w:spacing w:after="20"/>
            </w:pPr>
            <w:r>
              <w:rPr>
                <w:b/>
                <w:color w:val="2D6B2F"/>
                <w:sz w:val="19"/>
              </w:rPr>
              <w:t>A DNP-Specific Trap</w:t>
            </w:r>
          </w:p>
          <w:p w14:paraId="02216699" w14:textId="77777777" w:rsidR="00307182" w:rsidRDefault="00000000">
            <w:pPr>
              <w:spacing w:after="0"/>
            </w:pPr>
            <w:r>
              <w:rPr>
                <w:sz w:val="18"/>
              </w:rPr>
              <w:t>Do not cite 'the guideline' as though guideline were a single APA format. First identify the version you actually read. The same clinical recommendation may exist as a journal article, downloadable report, and webpage, and each version can require a different reference structure.</w:t>
            </w:r>
          </w:p>
        </w:tc>
      </w:tr>
    </w:tbl>
    <w:p w14:paraId="59259958" w14:textId="77777777" w:rsidR="00307182" w:rsidRDefault="00000000">
      <w:pPr>
        <w:spacing w:before="140"/>
      </w:pPr>
      <w:r>
        <w:rPr>
          <w:b/>
          <w:color w:val="2D6B2F"/>
          <w:sz w:val="30"/>
        </w:rPr>
        <w:t>3. In-Text Citations and Citation Integrity</w:t>
      </w:r>
    </w:p>
    <w:p w14:paraId="1278A69A" w14:textId="77777777" w:rsidR="00307182" w:rsidRDefault="00000000">
      <w:pPr>
        <w:spacing w:after="100" w:line="247" w:lineRule="auto"/>
      </w:pPr>
      <w:r>
        <w:rPr>
          <w:sz w:val="19"/>
        </w:rPr>
        <w:t>APA uses an author-date citation system. Narrative citations integrate the author into the sentence; parenthetical citations place the author and date together in parentheses (APA, 2020).</w:t>
      </w:r>
    </w:p>
    <w:tbl>
      <w:tblPr>
        <w:tblW w:w="0" w:type="auto"/>
        <w:jc w:val="center"/>
        <w:tblBorders>
          <w:top w:val="single" w:sz="4" w:space="0" w:color="D6DED3"/>
          <w:left w:val="single" w:sz="4" w:space="0" w:color="D6DED3"/>
          <w:bottom w:val="single" w:sz="4" w:space="0" w:color="D6DED3"/>
          <w:right w:val="single" w:sz="4" w:space="0" w:color="D6DED3"/>
          <w:insideH w:val="single" w:sz="4" w:space="0" w:color="D6DED3"/>
          <w:insideV w:val="single" w:sz="4" w:space="0" w:color="D6DED3"/>
        </w:tblBorders>
        <w:tblLayout w:type="fixed"/>
        <w:tblLook w:val="04A0" w:firstRow="1" w:lastRow="0" w:firstColumn="1" w:lastColumn="0" w:noHBand="0" w:noVBand="1"/>
      </w:tblPr>
      <w:tblGrid>
        <w:gridCol w:w="3528"/>
        <w:gridCol w:w="3528"/>
        <w:gridCol w:w="3528"/>
      </w:tblGrid>
      <w:tr w:rsidR="00307182" w14:paraId="176ABD12" w14:textId="77777777">
        <w:trPr>
          <w:jc w:val="center"/>
        </w:trPr>
        <w:tc>
          <w:tcPr>
            <w:tcW w:w="3528" w:type="dxa"/>
            <w:shd w:val="clear" w:color="auto" w:fill="EAF2E8"/>
            <w:vAlign w:val="center"/>
          </w:tcPr>
          <w:p w14:paraId="399C2F6C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Situation</w:t>
            </w:r>
          </w:p>
        </w:tc>
        <w:tc>
          <w:tcPr>
            <w:tcW w:w="3528" w:type="dxa"/>
            <w:shd w:val="clear" w:color="auto" w:fill="EAF2E8"/>
            <w:vAlign w:val="center"/>
          </w:tcPr>
          <w:p w14:paraId="37D41508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Parenthetical</w:t>
            </w:r>
          </w:p>
        </w:tc>
        <w:tc>
          <w:tcPr>
            <w:tcW w:w="3528" w:type="dxa"/>
            <w:shd w:val="clear" w:color="auto" w:fill="EAF2E8"/>
            <w:vAlign w:val="center"/>
          </w:tcPr>
          <w:p w14:paraId="5E37A2BB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Narrative</w:t>
            </w:r>
          </w:p>
        </w:tc>
      </w:tr>
      <w:tr w:rsidR="00307182" w14:paraId="7E9C8786" w14:textId="77777777">
        <w:trPr>
          <w:jc w:val="center"/>
        </w:trPr>
        <w:tc>
          <w:tcPr>
            <w:tcW w:w="3528" w:type="dxa"/>
            <w:vAlign w:val="center"/>
          </w:tcPr>
          <w:p w14:paraId="74E42CE9" w14:textId="77777777" w:rsidR="0030718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One author</w:t>
            </w:r>
          </w:p>
        </w:tc>
        <w:tc>
          <w:tcPr>
            <w:tcW w:w="3528" w:type="dxa"/>
            <w:vAlign w:val="center"/>
          </w:tcPr>
          <w:p w14:paraId="709BCA85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(Smith, 2024)</w:t>
            </w:r>
          </w:p>
        </w:tc>
        <w:tc>
          <w:tcPr>
            <w:tcW w:w="3528" w:type="dxa"/>
            <w:vAlign w:val="center"/>
          </w:tcPr>
          <w:p w14:paraId="23B55577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Smith (2024)</w:t>
            </w:r>
          </w:p>
        </w:tc>
      </w:tr>
      <w:tr w:rsidR="00307182" w14:paraId="43BD4354" w14:textId="77777777">
        <w:trPr>
          <w:jc w:val="center"/>
        </w:trPr>
        <w:tc>
          <w:tcPr>
            <w:tcW w:w="3528" w:type="dxa"/>
            <w:vAlign w:val="center"/>
          </w:tcPr>
          <w:p w14:paraId="560822F4" w14:textId="77777777" w:rsidR="0030718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Two authors</w:t>
            </w:r>
          </w:p>
        </w:tc>
        <w:tc>
          <w:tcPr>
            <w:tcW w:w="3528" w:type="dxa"/>
            <w:vAlign w:val="center"/>
          </w:tcPr>
          <w:p w14:paraId="1131CD79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(Smith &amp; Jones, 2024)</w:t>
            </w:r>
          </w:p>
        </w:tc>
        <w:tc>
          <w:tcPr>
            <w:tcW w:w="3528" w:type="dxa"/>
            <w:vAlign w:val="center"/>
          </w:tcPr>
          <w:p w14:paraId="3EA464D6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Smith and Jones (2024)</w:t>
            </w:r>
          </w:p>
        </w:tc>
      </w:tr>
      <w:tr w:rsidR="00307182" w14:paraId="12F43ACC" w14:textId="77777777">
        <w:trPr>
          <w:jc w:val="center"/>
        </w:trPr>
        <w:tc>
          <w:tcPr>
            <w:tcW w:w="3528" w:type="dxa"/>
            <w:vAlign w:val="center"/>
          </w:tcPr>
          <w:p w14:paraId="4ECCC255" w14:textId="77777777" w:rsidR="0030718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Three or more authors</w:t>
            </w:r>
          </w:p>
        </w:tc>
        <w:tc>
          <w:tcPr>
            <w:tcW w:w="3528" w:type="dxa"/>
            <w:vAlign w:val="center"/>
          </w:tcPr>
          <w:p w14:paraId="20482866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(Smith et al., 2024)</w:t>
            </w:r>
          </w:p>
        </w:tc>
        <w:tc>
          <w:tcPr>
            <w:tcW w:w="3528" w:type="dxa"/>
            <w:vAlign w:val="center"/>
          </w:tcPr>
          <w:p w14:paraId="0B428BA7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Smith et al. (2024)</w:t>
            </w:r>
          </w:p>
        </w:tc>
      </w:tr>
      <w:tr w:rsidR="00307182" w14:paraId="1DA75B06" w14:textId="77777777">
        <w:trPr>
          <w:jc w:val="center"/>
        </w:trPr>
        <w:tc>
          <w:tcPr>
            <w:tcW w:w="3528" w:type="dxa"/>
            <w:vAlign w:val="center"/>
          </w:tcPr>
          <w:p w14:paraId="3E804F45" w14:textId="77777777" w:rsidR="0030718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Group author</w:t>
            </w:r>
          </w:p>
        </w:tc>
        <w:tc>
          <w:tcPr>
            <w:tcW w:w="3528" w:type="dxa"/>
            <w:vAlign w:val="center"/>
          </w:tcPr>
          <w:p w14:paraId="5B6DD585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(American Nurses Association, 2025)</w:t>
            </w:r>
          </w:p>
        </w:tc>
        <w:tc>
          <w:tcPr>
            <w:tcW w:w="3528" w:type="dxa"/>
            <w:vAlign w:val="center"/>
          </w:tcPr>
          <w:p w14:paraId="1FA525C9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American Nurses Association (2025)</w:t>
            </w:r>
          </w:p>
        </w:tc>
      </w:tr>
      <w:tr w:rsidR="00307182" w14:paraId="5AB2AC3F" w14:textId="77777777">
        <w:trPr>
          <w:jc w:val="center"/>
        </w:trPr>
        <w:tc>
          <w:tcPr>
            <w:tcW w:w="3528" w:type="dxa"/>
            <w:vAlign w:val="center"/>
          </w:tcPr>
          <w:p w14:paraId="385BC833" w14:textId="77777777" w:rsidR="0030718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Group author with abbreviation</w:t>
            </w:r>
          </w:p>
        </w:tc>
        <w:tc>
          <w:tcPr>
            <w:tcW w:w="3528" w:type="dxa"/>
            <w:vAlign w:val="center"/>
          </w:tcPr>
          <w:p w14:paraId="341C3042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(American Association of Colleges of Nursing [AACN], 2026)</w:t>
            </w:r>
          </w:p>
        </w:tc>
        <w:tc>
          <w:tcPr>
            <w:tcW w:w="3528" w:type="dxa"/>
            <w:vAlign w:val="center"/>
          </w:tcPr>
          <w:p w14:paraId="387424C0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American Association of Colleges of Nursing (AACN, 2026)</w:t>
            </w:r>
          </w:p>
        </w:tc>
      </w:tr>
      <w:tr w:rsidR="00307182" w14:paraId="6F483BD0" w14:textId="77777777">
        <w:trPr>
          <w:jc w:val="center"/>
        </w:trPr>
        <w:tc>
          <w:tcPr>
            <w:tcW w:w="3528" w:type="dxa"/>
            <w:vAlign w:val="center"/>
          </w:tcPr>
          <w:p w14:paraId="1386C634" w14:textId="77777777" w:rsidR="00307182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Multiple sources together</w:t>
            </w:r>
          </w:p>
        </w:tc>
        <w:tc>
          <w:tcPr>
            <w:tcW w:w="3528" w:type="dxa"/>
            <w:vAlign w:val="center"/>
          </w:tcPr>
          <w:p w14:paraId="346E8026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(Jones, 2022; Smith, 2024)</w:t>
            </w:r>
          </w:p>
        </w:tc>
        <w:tc>
          <w:tcPr>
            <w:tcW w:w="3528" w:type="dxa"/>
            <w:vAlign w:val="center"/>
          </w:tcPr>
          <w:p w14:paraId="0E3701AE" w14:textId="77777777" w:rsidR="00307182" w:rsidRDefault="00000000">
            <w:pPr>
              <w:spacing w:after="0" w:line="240" w:lineRule="auto"/>
            </w:pPr>
            <w:r>
              <w:rPr>
                <w:sz w:val="16"/>
              </w:rPr>
              <w:t>Usually handled in prose</w:t>
            </w:r>
          </w:p>
        </w:tc>
      </w:tr>
    </w:tbl>
    <w:p w14:paraId="412B7EF7" w14:textId="77777777" w:rsidR="00307182" w:rsidRDefault="00000000">
      <w:pPr>
        <w:spacing w:before="80"/>
      </w:pPr>
      <w:r>
        <w:rPr>
          <w:b/>
          <w:color w:val="2D6B2F"/>
          <w:sz w:val="24"/>
        </w:rPr>
        <w:t>Before You Attach a Citation to a Claim</w:t>
      </w:r>
    </w:p>
    <w:p w14:paraId="3CB2B2DB" w14:textId="77777777" w:rsidR="00307182" w:rsidRDefault="00000000">
      <w:pPr>
        <w:spacing w:after="40"/>
        <w:ind w:left="259" w:hanging="187"/>
      </w:pPr>
      <w:r>
        <w:rPr>
          <w:sz w:val="18"/>
        </w:rPr>
        <w:t>• Does this source actually support the sentence I wrote, or only a related idea?</w:t>
      </w:r>
    </w:p>
    <w:p w14:paraId="2E844F54" w14:textId="77777777" w:rsidR="00307182" w:rsidRDefault="00000000">
      <w:pPr>
        <w:spacing w:after="40"/>
        <w:ind w:left="259" w:hanging="187"/>
      </w:pPr>
      <w:r>
        <w:rPr>
          <w:sz w:val="18"/>
        </w:rPr>
        <w:t>• Am I using the source for the role it actually serves: background, definition, evidence, guideline/recommendation, method, or data/statistic?</w:t>
      </w:r>
    </w:p>
    <w:p w14:paraId="24E42634" w14:textId="7D0CB25A" w:rsidR="00307182" w:rsidRDefault="00000000">
      <w:pPr>
        <w:spacing w:after="40"/>
        <w:ind w:left="259" w:hanging="187"/>
      </w:pPr>
      <w:r>
        <w:rPr>
          <w:sz w:val="18"/>
        </w:rPr>
        <w:t>• Am I citing the original work when I can reasonably access it, rather than citing another source's summary of that work?</w:t>
      </w:r>
    </w:p>
    <w:p w14:paraId="5F9A66D0" w14:textId="77777777" w:rsidR="00307182" w:rsidRDefault="00000000">
      <w:pPr>
        <w:spacing w:after="40"/>
        <w:ind w:left="259" w:hanging="187"/>
      </w:pPr>
      <w:r>
        <w:rPr>
          <w:sz w:val="18"/>
        </w:rPr>
        <w:t>• If this is a recommendation or professional standard, have I described it as a recommendation or standard rather than as a research finding?</w:t>
      </w:r>
    </w:p>
    <w:p w14:paraId="4167362B" w14:textId="77777777" w:rsidR="00307182" w:rsidRDefault="00000000">
      <w:pPr>
        <w:spacing w:after="40"/>
        <w:ind w:left="259" w:hanging="187"/>
      </w:pPr>
      <w:r>
        <w:rPr>
          <w:sz w:val="18"/>
        </w:rPr>
        <w:t>• Can I relocate the supporting passage, table, result, or section if I need to verify the claim later?</w:t>
      </w:r>
    </w:p>
    <w:p w14:paraId="2F95EC15" w14:textId="77777777" w:rsidR="00307182" w:rsidRDefault="00000000">
      <w:pPr>
        <w:spacing w:before="80"/>
      </w:pPr>
      <w:r>
        <w:rPr>
          <w:b/>
          <w:color w:val="2D6B2F"/>
          <w:sz w:val="24"/>
        </w:rPr>
        <w:t>Quotations, Paraphrases, and Multiple Works</w:t>
      </w:r>
    </w:p>
    <w:p w14:paraId="258EC104" w14:textId="77777777" w:rsidR="00307182" w:rsidRDefault="00000000">
      <w:pPr>
        <w:spacing w:after="40"/>
        <w:ind w:left="259" w:hanging="187"/>
      </w:pPr>
      <w:r>
        <w:rPr>
          <w:sz w:val="18"/>
        </w:rPr>
        <w:t>• Direct quotations include a locator. Use a page number when pages are available: (Smith, 2024, p. 18).</w:t>
      </w:r>
    </w:p>
    <w:p w14:paraId="708F72B1" w14:textId="77777777" w:rsidR="00307182" w:rsidRDefault="00000000">
      <w:pPr>
        <w:spacing w:after="40"/>
        <w:ind w:left="259" w:hanging="187"/>
      </w:pPr>
      <w:r>
        <w:rPr>
          <w:sz w:val="18"/>
        </w:rPr>
        <w:t>• For unpaginated material, use a locator that helps the reader find the quoted passage.</w:t>
      </w:r>
    </w:p>
    <w:p w14:paraId="4A2FF200" w14:textId="77777777" w:rsidR="00307182" w:rsidRDefault="00000000">
      <w:pPr>
        <w:spacing w:after="40"/>
        <w:ind w:left="259" w:hanging="187"/>
      </w:pPr>
      <w:r>
        <w:rPr>
          <w:sz w:val="18"/>
        </w:rPr>
        <w:t>• Paraphrases generally require author and year; a locator is optional but can be useful for a specific passage.</w:t>
      </w:r>
    </w:p>
    <w:p w14:paraId="2C63D406" w14:textId="77777777" w:rsidR="00307182" w:rsidRDefault="00000000">
      <w:pPr>
        <w:spacing w:after="40"/>
        <w:ind w:left="259" w:hanging="187"/>
      </w:pPr>
      <w:r>
        <w:rPr>
          <w:sz w:val="18"/>
        </w:rPr>
        <w:t>• When multiple works appear in one parenthetical citation, order them alphabetically and separate them with semicolons.</w:t>
      </w:r>
    </w:p>
    <w:tbl>
      <w:tblPr>
        <w:tblW w:w="0" w:type="auto"/>
        <w:jc w:val="center"/>
        <w:tblBorders>
          <w:top w:val="single" w:sz="4" w:space="0" w:color="D6DED3"/>
          <w:left w:val="single" w:sz="4" w:space="0" w:color="D6DED3"/>
          <w:bottom w:val="single" w:sz="4" w:space="0" w:color="D6DED3"/>
          <w:right w:val="single" w:sz="4" w:space="0" w:color="D6DED3"/>
          <w:insideH w:val="single" w:sz="4" w:space="0" w:color="D6DED3"/>
          <w:insideV w:val="single" w:sz="4" w:space="0" w:color="D6DED3"/>
        </w:tblBorders>
        <w:tblLook w:val="04A0" w:firstRow="1" w:lastRow="0" w:firstColumn="1" w:lastColumn="0" w:noHBand="0" w:noVBand="1"/>
      </w:tblPr>
      <w:tblGrid>
        <w:gridCol w:w="10282"/>
      </w:tblGrid>
      <w:tr w:rsidR="00307182" w14:paraId="6BB8B298" w14:textId="77777777">
        <w:trPr>
          <w:jc w:val="center"/>
        </w:trPr>
        <w:tc>
          <w:tcPr>
            <w:tcW w:w="10282" w:type="dxa"/>
            <w:shd w:val="clear" w:color="auto" w:fill="EAF2E8"/>
          </w:tcPr>
          <w:p w14:paraId="0CC9C4D9" w14:textId="77777777" w:rsidR="00307182" w:rsidRDefault="00000000">
            <w:pPr>
              <w:spacing w:after="20"/>
            </w:pPr>
            <w:r>
              <w:rPr>
                <w:b/>
                <w:color w:val="2D6B2F"/>
                <w:sz w:val="19"/>
              </w:rPr>
              <w:t>Group Abbreviations</w:t>
            </w:r>
          </w:p>
          <w:p w14:paraId="33916411" w14:textId="77777777" w:rsidR="00307182" w:rsidRDefault="00000000">
            <w:pPr>
              <w:spacing w:after="0"/>
            </w:pPr>
            <w:r>
              <w:rPr>
                <w:sz w:val="18"/>
              </w:rPr>
              <w:t>Group-author abbreviations are optional. Use one only when the abbreviation is familiar or useful and repeated citations make the shortened form worthwhile. Otherwise, keep the full group name.</w:t>
            </w:r>
          </w:p>
        </w:tc>
      </w:tr>
    </w:tbl>
    <w:p w14:paraId="02F49AEB" w14:textId="77777777" w:rsidR="00307182" w:rsidRDefault="00000000">
      <w:pPr>
        <w:spacing w:before="140"/>
      </w:pPr>
      <w:r>
        <w:rPr>
          <w:b/>
          <w:color w:val="2D6B2F"/>
          <w:sz w:val="30"/>
        </w:rPr>
        <w:lastRenderedPageBreak/>
        <w:t>4. Master Source Tracker</w:t>
      </w:r>
    </w:p>
    <w:p w14:paraId="7CE7D979" w14:textId="77777777" w:rsidR="00307182" w:rsidRDefault="00000000">
      <w:pPr>
        <w:spacing w:after="100" w:line="247" w:lineRule="auto"/>
      </w:pPr>
      <w:r>
        <w:rPr>
          <w:sz w:val="19"/>
        </w:rPr>
        <w:t>Track only sources you actually use. The tracker is designed to help you reconnect a citation with its purpose and supporting evidence without creating a second reference list.</w:t>
      </w:r>
    </w:p>
    <w:tbl>
      <w:tblPr>
        <w:tblW w:w="0" w:type="auto"/>
        <w:jc w:val="center"/>
        <w:tblBorders>
          <w:top w:val="single" w:sz="4" w:space="0" w:color="D6DED3"/>
          <w:left w:val="single" w:sz="4" w:space="0" w:color="D6DED3"/>
          <w:bottom w:val="single" w:sz="4" w:space="0" w:color="D6DED3"/>
          <w:right w:val="single" w:sz="4" w:space="0" w:color="D6DED3"/>
          <w:insideH w:val="single" w:sz="4" w:space="0" w:color="D6DED3"/>
          <w:insideV w:val="single" w:sz="4" w:space="0" w:color="D6DED3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1368"/>
        <w:gridCol w:w="1512"/>
        <w:gridCol w:w="3168"/>
        <w:gridCol w:w="1296"/>
        <w:gridCol w:w="1152"/>
      </w:tblGrid>
      <w:tr w:rsidR="00307182" w14:paraId="747D18F1" w14:textId="77777777">
        <w:trPr>
          <w:jc w:val="center"/>
        </w:trPr>
        <w:tc>
          <w:tcPr>
            <w:tcW w:w="2088" w:type="dxa"/>
            <w:shd w:val="clear" w:color="auto" w:fill="EAF2E8"/>
            <w:vAlign w:val="center"/>
          </w:tcPr>
          <w:p w14:paraId="658EE853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4"/>
              </w:rPr>
              <w:t>Short Name / Author-Year</w:t>
            </w:r>
          </w:p>
        </w:tc>
        <w:tc>
          <w:tcPr>
            <w:tcW w:w="1368" w:type="dxa"/>
            <w:shd w:val="clear" w:color="auto" w:fill="EAF2E8"/>
            <w:vAlign w:val="center"/>
          </w:tcPr>
          <w:p w14:paraId="3673A22D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4"/>
              </w:rPr>
              <w:t>Source Type</w:t>
            </w:r>
          </w:p>
        </w:tc>
        <w:tc>
          <w:tcPr>
            <w:tcW w:w="1512" w:type="dxa"/>
            <w:shd w:val="clear" w:color="auto" w:fill="EAF2E8"/>
            <w:vAlign w:val="center"/>
          </w:tcPr>
          <w:p w14:paraId="0D217304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4"/>
              </w:rPr>
              <w:t>Use Type</w:t>
            </w:r>
          </w:p>
        </w:tc>
        <w:tc>
          <w:tcPr>
            <w:tcW w:w="3168" w:type="dxa"/>
            <w:shd w:val="clear" w:color="auto" w:fill="EAF2E8"/>
            <w:vAlign w:val="center"/>
          </w:tcPr>
          <w:p w14:paraId="57460BB0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4"/>
              </w:rPr>
              <w:t>Claim / Purpose in Paper</w:t>
            </w:r>
          </w:p>
        </w:tc>
        <w:tc>
          <w:tcPr>
            <w:tcW w:w="1296" w:type="dxa"/>
            <w:shd w:val="clear" w:color="auto" w:fill="EAF2E8"/>
            <w:vAlign w:val="center"/>
          </w:tcPr>
          <w:p w14:paraId="353B315C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4"/>
              </w:rPr>
              <w:t>Key Locator</w:t>
            </w:r>
          </w:p>
        </w:tc>
        <w:tc>
          <w:tcPr>
            <w:tcW w:w="1152" w:type="dxa"/>
            <w:shd w:val="clear" w:color="auto" w:fill="EAF2E8"/>
            <w:vAlign w:val="center"/>
          </w:tcPr>
          <w:p w14:paraId="3AE168C5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4"/>
              </w:rPr>
              <w:t>Citation Checked</w:t>
            </w:r>
          </w:p>
        </w:tc>
      </w:tr>
      <w:tr w:rsidR="00307182" w14:paraId="1EDF8D42" w14:textId="77777777">
        <w:trPr>
          <w:jc w:val="center"/>
        </w:trPr>
        <w:tc>
          <w:tcPr>
            <w:tcW w:w="2088" w:type="dxa"/>
            <w:vAlign w:val="center"/>
          </w:tcPr>
          <w:p w14:paraId="7E32CB69" w14:textId="77777777" w:rsidR="00307182" w:rsidRDefault="00307182">
            <w:pPr>
              <w:spacing w:after="0" w:line="240" w:lineRule="auto"/>
            </w:pPr>
          </w:p>
        </w:tc>
        <w:tc>
          <w:tcPr>
            <w:tcW w:w="1368" w:type="dxa"/>
            <w:vAlign w:val="center"/>
          </w:tcPr>
          <w:p w14:paraId="7DB270B4" w14:textId="77777777" w:rsidR="00307182" w:rsidRDefault="00307182">
            <w:pPr>
              <w:spacing w:after="0" w:line="240" w:lineRule="auto"/>
            </w:pPr>
          </w:p>
        </w:tc>
        <w:tc>
          <w:tcPr>
            <w:tcW w:w="1512" w:type="dxa"/>
            <w:vAlign w:val="center"/>
          </w:tcPr>
          <w:p w14:paraId="419AA971" w14:textId="77777777" w:rsidR="00307182" w:rsidRDefault="00307182">
            <w:pPr>
              <w:spacing w:after="0" w:line="240" w:lineRule="auto"/>
            </w:pPr>
          </w:p>
        </w:tc>
        <w:tc>
          <w:tcPr>
            <w:tcW w:w="3168" w:type="dxa"/>
            <w:vAlign w:val="center"/>
          </w:tcPr>
          <w:p w14:paraId="65633E39" w14:textId="77777777" w:rsidR="00307182" w:rsidRDefault="00307182">
            <w:pPr>
              <w:spacing w:after="0" w:line="240" w:lineRule="auto"/>
            </w:pPr>
          </w:p>
        </w:tc>
        <w:tc>
          <w:tcPr>
            <w:tcW w:w="1296" w:type="dxa"/>
            <w:vAlign w:val="center"/>
          </w:tcPr>
          <w:p w14:paraId="2B56F94F" w14:textId="77777777" w:rsidR="00307182" w:rsidRDefault="00307182">
            <w:pPr>
              <w:spacing w:after="0" w:line="240" w:lineRule="auto"/>
            </w:pPr>
          </w:p>
        </w:tc>
        <w:tc>
          <w:tcPr>
            <w:tcW w:w="1152" w:type="dxa"/>
            <w:vAlign w:val="center"/>
          </w:tcPr>
          <w:p w14:paraId="42A7150E" w14:textId="77777777" w:rsidR="00307182" w:rsidRDefault="00307182">
            <w:pPr>
              <w:spacing w:after="0" w:line="240" w:lineRule="auto"/>
            </w:pPr>
          </w:p>
        </w:tc>
      </w:tr>
      <w:tr w:rsidR="00307182" w14:paraId="1ADCAD9C" w14:textId="77777777">
        <w:trPr>
          <w:jc w:val="center"/>
        </w:trPr>
        <w:tc>
          <w:tcPr>
            <w:tcW w:w="2088" w:type="dxa"/>
            <w:vAlign w:val="center"/>
          </w:tcPr>
          <w:p w14:paraId="013AE849" w14:textId="77777777" w:rsidR="00307182" w:rsidRDefault="00307182">
            <w:pPr>
              <w:spacing w:after="0" w:line="240" w:lineRule="auto"/>
            </w:pPr>
          </w:p>
        </w:tc>
        <w:tc>
          <w:tcPr>
            <w:tcW w:w="1368" w:type="dxa"/>
            <w:vAlign w:val="center"/>
          </w:tcPr>
          <w:p w14:paraId="4BEDDAB0" w14:textId="77777777" w:rsidR="00307182" w:rsidRDefault="00307182">
            <w:pPr>
              <w:spacing w:after="0" w:line="240" w:lineRule="auto"/>
            </w:pPr>
          </w:p>
        </w:tc>
        <w:tc>
          <w:tcPr>
            <w:tcW w:w="1512" w:type="dxa"/>
            <w:vAlign w:val="center"/>
          </w:tcPr>
          <w:p w14:paraId="7EEB652E" w14:textId="77777777" w:rsidR="00307182" w:rsidRDefault="00307182">
            <w:pPr>
              <w:spacing w:after="0" w:line="240" w:lineRule="auto"/>
            </w:pPr>
          </w:p>
        </w:tc>
        <w:tc>
          <w:tcPr>
            <w:tcW w:w="3168" w:type="dxa"/>
            <w:vAlign w:val="center"/>
          </w:tcPr>
          <w:p w14:paraId="279599D0" w14:textId="77777777" w:rsidR="00307182" w:rsidRDefault="00307182">
            <w:pPr>
              <w:spacing w:after="0" w:line="240" w:lineRule="auto"/>
            </w:pPr>
          </w:p>
        </w:tc>
        <w:tc>
          <w:tcPr>
            <w:tcW w:w="1296" w:type="dxa"/>
            <w:vAlign w:val="center"/>
          </w:tcPr>
          <w:p w14:paraId="313A7D08" w14:textId="77777777" w:rsidR="00307182" w:rsidRDefault="00307182">
            <w:pPr>
              <w:spacing w:after="0" w:line="240" w:lineRule="auto"/>
            </w:pPr>
          </w:p>
        </w:tc>
        <w:tc>
          <w:tcPr>
            <w:tcW w:w="1152" w:type="dxa"/>
            <w:vAlign w:val="center"/>
          </w:tcPr>
          <w:p w14:paraId="2BDB65C9" w14:textId="77777777" w:rsidR="00307182" w:rsidRDefault="00307182">
            <w:pPr>
              <w:spacing w:after="0" w:line="240" w:lineRule="auto"/>
            </w:pPr>
          </w:p>
        </w:tc>
      </w:tr>
      <w:tr w:rsidR="00307182" w14:paraId="7984C69B" w14:textId="77777777">
        <w:trPr>
          <w:jc w:val="center"/>
        </w:trPr>
        <w:tc>
          <w:tcPr>
            <w:tcW w:w="2088" w:type="dxa"/>
            <w:vAlign w:val="center"/>
          </w:tcPr>
          <w:p w14:paraId="1EFCE821" w14:textId="77777777" w:rsidR="00307182" w:rsidRDefault="00307182">
            <w:pPr>
              <w:spacing w:after="0" w:line="240" w:lineRule="auto"/>
            </w:pPr>
          </w:p>
        </w:tc>
        <w:tc>
          <w:tcPr>
            <w:tcW w:w="1368" w:type="dxa"/>
            <w:vAlign w:val="center"/>
          </w:tcPr>
          <w:p w14:paraId="67620524" w14:textId="77777777" w:rsidR="00307182" w:rsidRDefault="00307182">
            <w:pPr>
              <w:spacing w:after="0" w:line="240" w:lineRule="auto"/>
            </w:pPr>
          </w:p>
        </w:tc>
        <w:tc>
          <w:tcPr>
            <w:tcW w:w="1512" w:type="dxa"/>
            <w:vAlign w:val="center"/>
          </w:tcPr>
          <w:p w14:paraId="366C1709" w14:textId="77777777" w:rsidR="00307182" w:rsidRDefault="00307182">
            <w:pPr>
              <w:spacing w:after="0" w:line="240" w:lineRule="auto"/>
            </w:pPr>
          </w:p>
        </w:tc>
        <w:tc>
          <w:tcPr>
            <w:tcW w:w="3168" w:type="dxa"/>
            <w:vAlign w:val="center"/>
          </w:tcPr>
          <w:p w14:paraId="6BBC8FC1" w14:textId="77777777" w:rsidR="00307182" w:rsidRDefault="00307182">
            <w:pPr>
              <w:spacing w:after="0" w:line="240" w:lineRule="auto"/>
            </w:pPr>
          </w:p>
        </w:tc>
        <w:tc>
          <w:tcPr>
            <w:tcW w:w="1296" w:type="dxa"/>
            <w:vAlign w:val="center"/>
          </w:tcPr>
          <w:p w14:paraId="3BE3D700" w14:textId="77777777" w:rsidR="00307182" w:rsidRDefault="00307182">
            <w:pPr>
              <w:spacing w:after="0" w:line="240" w:lineRule="auto"/>
            </w:pPr>
          </w:p>
        </w:tc>
        <w:tc>
          <w:tcPr>
            <w:tcW w:w="1152" w:type="dxa"/>
            <w:vAlign w:val="center"/>
          </w:tcPr>
          <w:p w14:paraId="2EBBE674" w14:textId="77777777" w:rsidR="00307182" w:rsidRDefault="00307182">
            <w:pPr>
              <w:spacing w:after="0" w:line="240" w:lineRule="auto"/>
            </w:pPr>
          </w:p>
        </w:tc>
      </w:tr>
      <w:tr w:rsidR="00307182" w14:paraId="1D3B38F0" w14:textId="77777777">
        <w:trPr>
          <w:jc w:val="center"/>
        </w:trPr>
        <w:tc>
          <w:tcPr>
            <w:tcW w:w="2088" w:type="dxa"/>
            <w:vAlign w:val="center"/>
          </w:tcPr>
          <w:p w14:paraId="75C419AC" w14:textId="77777777" w:rsidR="00307182" w:rsidRDefault="00307182">
            <w:pPr>
              <w:spacing w:after="0" w:line="240" w:lineRule="auto"/>
            </w:pPr>
          </w:p>
        </w:tc>
        <w:tc>
          <w:tcPr>
            <w:tcW w:w="1368" w:type="dxa"/>
            <w:vAlign w:val="center"/>
          </w:tcPr>
          <w:p w14:paraId="7F19D4F1" w14:textId="77777777" w:rsidR="00307182" w:rsidRDefault="00307182">
            <w:pPr>
              <w:spacing w:after="0" w:line="240" w:lineRule="auto"/>
            </w:pPr>
          </w:p>
        </w:tc>
        <w:tc>
          <w:tcPr>
            <w:tcW w:w="1512" w:type="dxa"/>
            <w:vAlign w:val="center"/>
          </w:tcPr>
          <w:p w14:paraId="1D0B0C53" w14:textId="77777777" w:rsidR="00307182" w:rsidRDefault="00307182">
            <w:pPr>
              <w:spacing w:after="0" w:line="240" w:lineRule="auto"/>
            </w:pPr>
          </w:p>
        </w:tc>
        <w:tc>
          <w:tcPr>
            <w:tcW w:w="3168" w:type="dxa"/>
            <w:vAlign w:val="center"/>
          </w:tcPr>
          <w:p w14:paraId="4BE49FD9" w14:textId="77777777" w:rsidR="00307182" w:rsidRDefault="00307182">
            <w:pPr>
              <w:spacing w:after="0" w:line="240" w:lineRule="auto"/>
            </w:pPr>
          </w:p>
        </w:tc>
        <w:tc>
          <w:tcPr>
            <w:tcW w:w="1296" w:type="dxa"/>
            <w:vAlign w:val="center"/>
          </w:tcPr>
          <w:p w14:paraId="1CD51D8D" w14:textId="77777777" w:rsidR="00307182" w:rsidRDefault="00307182">
            <w:pPr>
              <w:spacing w:after="0" w:line="240" w:lineRule="auto"/>
            </w:pPr>
          </w:p>
        </w:tc>
        <w:tc>
          <w:tcPr>
            <w:tcW w:w="1152" w:type="dxa"/>
            <w:vAlign w:val="center"/>
          </w:tcPr>
          <w:p w14:paraId="36DB7C45" w14:textId="77777777" w:rsidR="00307182" w:rsidRDefault="00307182">
            <w:pPr>
              <w:spacing w:after="0" w:line="240" w:lineRule="auto"/>
            </w:pPr>
          </w:p>
        </w:tc>
      </w:tr>
      <w:tr w:rsidR="00307182" w14:paraId="1958F784" w14:textId="77777777">
        <w:trPr>
          <w:jc w:val="center"/>
        </w:trPr>
        <w:tc>
          <w:tcPr>
            <w:tcW w:w="2088" w:type="dxa"/>
            <w:vAlign w:val="center"/>
          </w:tcPr>
          <w:p w14:paraId="040408D0" w14:textId="77777777" w:rsidR="00307182" w:rsidRDefault="00307182">
            <w:pPr>
              <w:spacing w:after="0" w:line="240" w:lineRule="auto"/>
            </w:pPr>
          </w:p>
        </w:tc>
        <w:tc>
          <w:tcPr>
            <w:tcW w:w="1368" w:type="dxa"/>
            <w:vAlign w:val="center"/>
          </w:tcPr>
          <w:p w14:paraId="29D2BAD4" w14:textId="77777777" w:rsidR="00307182" w:rsidRDefault="00307182">
            <w:pPr>
              <w:spacing w:after="0" w:line="240" w:lineRule="auto"/>
            </w:pPr>
          </w:p>
        </w:tc>
        <w:tc>
          <w:tcPr>
            <w:tcW w:w="1512" w:type="dxa"/>
            <w:vAlign w:val="center"/>
          </w:tcPr>
          <w:p w14:paraId="14561163" w14:textId="77777777" w:rsidR="00307182" w:rsidRDefault="00307182">
            <w:pPr>
              <w:spacing w:after="0" w:line="240" w:lineRule="auto"/>
            </w:pPr>
          </w:p>
        </w:tc>
        <w:tc>
          <w:tcPr>
            <w:tcW w:w="3168" w:type="dxa"/>
            <w:vAlign w:val="center"/>
          </w:tcPr>
          <w:p w14:paraId="44E5C98C" w14:textId="77777777" w:rsidR="00307182" w:rsidRDefault="00307182">
            <w:pPr>
              <w:spacing w:after="0" w:line="240" w:lineRule="auto"/>
            </w:pPr>
          </w:p>
        </w:tc>
        <w:tc>
          <w:tcPr>
            <w:tcW w:w="1296" w:type="dxa"/>
            <w:vAlign w:val="center"/>
          </w:tcPr>
          <w:p w14:paraId="3E71DDBF" w14:textId="77777777" w:rsidR="00307182" w:rsidRDefault="00307182">
            <w:pPr>
              <w:spacing w:after="0" w:line="240" w:lineRule="auto"/>
            </w:pPr>
          </w:p>
        </w:tc>
        <w:tc>
          <w:tcPr>
            <w:tcW w:w="1152" w:type="dxa"/>
            <w:vAlign w:val="center"/>
          </w:tcPr>
          <w:p w14:paraId="3154B2B8" w14:textId="77777777" w:rsidR="00307182" w:rsidRDefault="00307182">
            <w:pPr>
              <w:spacing w:after="0" w:line="240" w:lineRule="auto"/>
            </w:pPr>
          </w:p>
        </w:tc>
      </w:tr>
      <w:tr w:rsidR="00307182" w14:paraId="3F8F5496" w14:textId="77777777">
        <w:trPr>
          <w:jc w:val="center"/>
        </w:trPr>
        <w:tc>
          <w:tcPr>
            <w:tcW w:w="2088" w:type="dxa"/>
            <w:vAlign w:val="center"/>
          </w:tcPr>
          <w:p w14:paraId="051C3F0D" w14:textId="77777777" w:rsidR="00307182" w:rsidRDefault="00307182">
            <w:pPr>
              <w:spacing w:after="0" w:line="240" w:lineRule="auto"/>
            </w:pPr>
          </w:p>
        </w:tc>
        <w:tc>
          <w:tcPr>
            <w:tcW w:w="1368" w:type="dxa"/>
            <w:vAlign w:val="center"/>
          </w:tcPr>
          <w:p w14:paraId="27AB7CC3" w14:textId="77777777" w:rsidR="00307182" w:rsidRDefault="00307182">
            <w:pPr>
              <w:spacing w:after="0" w:line="240" w:lineRule="auto"/>
            </w:pPr>
          </w:p>
        </w:tc>
        <w:tc>
          <w:tcPr>
            <w:tcW w:w="1512" w:type="dxa"/>
            <w:vAlign w:val="center"/>
          </w:tcPr>
          <w:p w14:paraId="78DE10AA" w14:textId="77777777" w:rsidR="00307182" w:rsidRDefault="00307182">
            <w:pPr>
              <w:spacing w:after="0" w:line="240" w:lineRule="auto"/>
            </w:pPr>
          </w:p>
        </w:tc>
        <w:tc>
          <w:tcPr>
            <w:tcW w:w="3168" w:type="dxa"/>
            <w:vAlign w:val="center"/>
          </w:tcPr>
          <w:p w14:paraId="7A324310" w14:textId="77777777" w:rsidR="00307182" w:rsidRDefault="00307182">
            <w:pPr>
              <w:spacing w:after="0" w:line="240" w:lineRule="auto"/>
            </w:pPr>
          </w:p>
        </w:tc>
        <w:tc>
          <w:tcPr>
            <w:tcW w:w="1296" w:type="dxa"/>
            <w:vAlign w:val="center"/>
          </w:tcPr>
          <w:p w14:paraId="7543C002" w14:textId="77777777" w:rsidR="00307182" w:rsidRDefault="00307182">
            <w:pPr>
              <w:spacing w:after="0" w:line="240" w:lineRule="auto"/>
            </w:pPr>
          </w:p>
        </w:tc>
        <w:tc>
          <w:tcPr>
            <w:tcW w:w="1152" w:type="dxa"/>
            <w:vAlign w:val="center"/>
          </w:tcPr>
          <w:p w14:paraId="432A0F07" w14:textId="77777777" w:rsidR="00307182" w:rsidRDefault="00307182">
            <w:pPr>
              <w:spacing w:after="0" w:line="240" w:lineRule="auto"/>
            </w:pPr>
          </w:p>
        </w:tc>
      </w:tr>
      <w:tr w:rsidR="00307182" w14:paraId="766FD51B" w14:textId="77777777">
        <w:trPr>
          <w:jc w:val="center"/>
        </w:trPr>
        <w:tc>
          <w:tcPr>
            <w:tcW w:w="2088" w:type="dxa"/>
            <w:vAlign w:val="center"/>
          </w:tcPr>
          <w:p w14:paraId="78ACDE8C" w14:textId="77777777" w:rsidR="00307182" w:rsidRDefault="00307182">
            <w:pPr>
              <w:spacing w:after="0" w:line="240" w:lineRule="auto"/>
            </w:pPr>
          </w:p>
        </w:tc>
        <w:tc>
          <w:tcPr>
            <w:tcW w:w="1368" w:type="dxa"/>
            <w:vAlign w:val="center"/>
          </w:tcPr>
          <w:p w14:paraId="1AE29BD2" w14:textId="77777777" w:rsidR="00307182" w:rsidRDefault="00307182">
            <w:pPr>
              <w:spacing w:after="0" w:line="240" w:lineRule="auto"/>
            </w:pPr>
          </w:p>
        </w:tc>
        <w:tc>
          <w:tcPr>
            <w:tcW w:w="1512" w:type="dxa"/>
            <w:vAlign w:val="center"/>
          </w:tcPr>
          <w:p w14:paraId="02807D9E" w14:textId="77777777" w:rsidR="00307182" w:rsidRDefault="00307182">
            <w:pPr>
              <w:spacing w:after="0" w:line="240" w:lineRule="auto"/>
            </w:pPr>
          </w:p>
        </w:tc>
        <w:tc>
          <w:tcPr>
            <w:tcW w:w="3168" w:type="dxa"/>
            <w:vAlign w:val="center"/>
          </w:tcPr>
          <w:p w14:paraId="165FBDF7" w14:textId="77777777" w:rsidR="00307182" w:rsidRDefault="00307182">
            <w:pPr>
              <w:spacing w:after="0" w:line="240" w:lineRule="auto"/>
            </w:pPr>
          </w:p>
        </w:tc>
        <w:tc>
          <w:tcPr>
            <w:tcW w:w="1296" w:type="dxa"/>
            <w:vAlign w:val="center"/>
          </w:tcPr>
          <w:p w14:paraId="72075C9C" w14:textId="77777777" w:rsidR="00307182" w:rsidRDefault="00307182">
            <w:pPr>
              <w:spacing w:after="0" w:line="240" w:lineRule="auto"/>
            </w:pPr>
          </w:p>
        </w:tc>
        <w:tc>
          <w:tcPr>
            <w:tcW w:w="1152" w:type="dxa"/>
            <w:vAlign w:val="center"/>
          </w:tcPr>
          <w:p w14:paraId="1F78C024" w14:textId="77777777" w:rsidR="00307182" w:rsidRDefault="00307182">
            <w:pPr>
              <w:spacing w:after="0" w:line="240" w:lineRule="auto"/>
            </w:pPr>
          </w:p>
        </w:tc>
      </w:tr>
      <w:tr w:rsidR="00307182" w14:paraId="1D1FB098" w14:textId="77777777">
        <w:trPr>
          <w:jc w:val="center"/>
        </w:trPr>
        <w:tc>
          <w:tcPr>
            <w:tcW w:w="2088" w:type="dxa"/>
            <w:vAlign w:val="center"/>
          </w:tcPr>
          <w:p w14:paraId="3B4F5735" w14:textId="77777777" w:rsidR="00307182" w:rsidRDefault="00307182">
            <w:pPr>
              <w:spacing w:after="0" w:line="240" w:lineRule="auto"/>
            </w:pPr>
          </w:p>
        </w:tc>
        <w:tc>
          <w:tcPr>
            <w:tcW w:w="1368" w:type="dxa"/>
            <w:vAlign w:val="center"/>
          </w:tcPr>
          <w:p w14:paraId="6DD16365" w14:textId="77777777" w:rsidR="00307182" w:rsidRDefault="00307182">
            <w:pPr>
              <w:spacing w:after="0" w:line="240" w:lineRule="auto"/>
            </w:pPr>
          </w:p>
        </w:tc>
        <w:tc>
          <w:tcPr>
            <w:tcW w:w="1512" w:type="dxa"/>
            <w:vAlign w:val="center"/>
          </w:tcPr>
          <w:p w14:paraId="14DEFD0D" w14:textId="77777777" w:rsidR="00307182" w:rsidRDefault="00307182">
            <w:pPr>
              <w:spacing w:after="0" w:line="240" w:lineRule="auto"/>
            </w:pPr>
          </w:p>
        </w:tc>
        <w:tc>
          <w:tcPr>
            <w:tcW w:w="3168" w:type="dxa"/>
            <w:vAlign w:val="center"/>
          </w:tcPr>
          <w:p w14:paraId="499E89A7" w14:textId="77777777" w:rsidR="00307182" w:rsidRDefault="00307182">
            <w:pPr>
              <w:spacing w:after="0" w:line="240" w:lineRule="auto"/>
            </w:pPr>
          </w:p>
        </w:tc>
        <w:tc>
          <w:tcPr>
            <w:tcW w:w="1296" w:type="dxa"/>
            <w:vAlign w:val="center"/>
          </w:tcPr>
          <w:p w14:paraId="6213B2C4" w14:textId="77777777" w:rsidR="00307182" w:rsidRDefault="00307182">
            <w:pPr>
              <w:spacing w:after="0" w:line="240" w:lineRule="auto"/>
            </w:pPr>
          </w:p>
        </w:tc>
        <w:tc>
          <w:tcPr>
            <w:tcW w:w="1152" w:type="dxa"/>
            <w:vAlign w:val="center"/>
          </w:tcPr>
          <w:p w14:paraId="28BE0702" w14:textId="77777777" w:rsidR="00307182" w:rsidRDefault="00307182">
            <w:pPr>
              <w:spacing w:after="0" w:line="240" w:lineRule="auto"/>
            </w:pPr>
          </w:p>
        </w:tc>
      </w:tr>
      <w:tr w:rsidR="00307182" w14:paraId="3709B54D" w14:textId="77777777">
        <w:trPr>
          <w:jc w:val="center"/>
        </w:trPr>
        <w:tc>
          <w:tcPr>
            <w:tcW w:w="2088" w:type="dxa"/>
            <w:vAlign w:val="center"/>
          </w:tcPr>
          <w:p w14:paraId="63C67B07" w14:textId="77777777" w:rsidR="00307182" w:rsidRDefault="00307182">
            <w:pPr>
              <w:spacing w:after="0" w:line="240" w:lineRule="auto"/>
            </w:pPr>
          </w:p>
        </w:tc>
        <w:tc>
          <w:tcPr>
            <w:tcW w:w="1368" w:type="dxa"/>
            <w:vAlign w:val="center"/>
          </w:tcPr>
          <w:p w14:paraId="506AA424" w14:textId="77777777" w:rsidR="00307182" w:rsidRDefault="00307182">
            <w:pPr>
              <w:spacing w:after="0" w:line="240" w:lineRule="auto"/>
            </w:pPr>
          </w:p>
        </w:tc>
        <w:tc>
          <w:tcPr>
            <w:tcW w:w="1512" w:type="dxa"/>
            <w:vAlign w:val="center"/>
          </w:tcPr>
          <w:p w14:paraId="2627E8CC" w14:textId="77777777" w:rsidR="00307182" w:rsidRDefault="00307182">
            <w:pPr>
              <w:spacing w:after="0" w:line="240" w:lineRule="auto"/>
            </w:pPr>
          </w:p>
        </w:tc>
        <w:tc>
          <w:tcPr>
            <w:tcW w:w="3168" w:type="dxa"/>
            <w:vAlign w:val="center"/>
          </w:tcPr>
          <w:p w14:paraId="641AAD47" w14:textId="77777777" w:rsidR="00307182" w:rsidRDefault="00307182">
            <w:pPr>
              <w:spacing w:after="0" w:line="240" w:lineRule="auto"/>
            </w:pPr>
          </w:p>
        </w:tc>
        <w:tc>
          <w:tcPr>
            <w:tcW w:w="1296" w:type="dxa"/>
            <w:vAlign w:val="center"/>
          </w:tcPr>
          <w:p w14:paraId="6E766E75" w14:textId="77777777" w:rsidR="00307182" w:rsidRDefault="00307182">
            <w:pPr>
              <w:spacing w:after="0" w:line="240" w:lineRule="auto"/>
            </w:pPr>
          </w:p>
        </w:tc>
        <w:tc>
          <w:tcPr>
            <w:tcW w:w="1152" w:type="dxa"/>
            <w:vAlign w:val="center"/>
          </w:tcPr>
          <w:p w14:paraId="50786D66" w14:textId="77777777" w:rsidR="00307182" w:rsidRDefault="00307182">
            <w:pPr>
              <w:spacing w:after="0" w:line="240" w:lineRule="auto"/>
            </w:pPr>
          </w:p>
        </w:tc>
      </w:tr>
      <w:tr w:rsidR="00307182" w14:paraId="1F1B3ADA" w14:textId="77777777">
        <w:trPr>
          <w:jc w:val="center"/>
        </w:trPr>
        <w:tc>
          <w:tcPr>
            <w:tcW w:w="2088" w:type="dxa"/>
            <w:vAlign w:val="center"/>
          </w:tcPr>
          <w:p w14:paraId="0A7D1D3F" w14:textId="77777777" w:rsidR="00307182" w:rsidRDefault="00307182">
            <w:pPr>
              <w:spacing w:after="0" w:line="240" w:lineRule="auto"/>
            </w:pPr>
          </w:p>
        </w:tc>
        <w:tc>
          <w:tcPr>
            <w:tcW w:w="1368" w:type="dxa"/>
            <w:vAlign w:val="center"/>
          </w:tcPr>
          <w:p w14:paraId="7CD7BE4B" w14:textId="77777777" w:rsidR="00307182" w:rsidRDefault="00307182">
            <w:pPr>
              <w:spacing w:after="0" w:line="240" w:lineRule="auto"/>
            </w:pPr>
          </w:p>
        </w:tc>
        <w:tc>
          <w:tcPr>
            <w:tcW w:w="1512" w:type="dxa"/>
            <w:vAlign w:val="center"/>
          </w:tcPr>
          <w:p w14:paraId="7BAC3D3A" w14:textId="77777777" w:rsidR="00307182" w:rsidRDefault="00307182">
            <w:pPr>
              <w:spacing w:after="0" w:line="240" w:lineRule="auto"/>
            </w:pPr>
          </w:p>
        </w:tc>
        <w:tc>
          <w:tcPr>
            <w:tcW w:w="3168" w:type="dxa"/>
            <w:vAlign w:val="center"/>
          </w:tcPr>
          <w:p w14:paraId="19B5CF30" w14:textId="77777777" w:rsidR="00307182" w:rsidRDefault="00307182">
            <w:pPr>
              <w:spacing w:after="0" w:line="240" w:lineRule="auto"/>
            </w:pPr>
          </w:p>
        </w:tc>
        <w:tc>
          <w:tcPr>
            <w:tcW w:w="1296" w:type="dxa"/>
            <w:vAlign w:val="center"/>
          </w:tcPr>
          <w:p w14:paraId="6EDA1450" w14:textId="77777777" w:rsidR="00307182" w:rsidRDefault="00307182">
            <w:pPr>
              <w:spacing w:after="0" w:line="240" w:lineRule="auto"/>
            </w:pPr>
          </w:p>
        </w:tc>
        <w:tc>
          <w:tcPr>
            <w:tcW w:w="1152" w:type="dxa"/>
            <w:vAlign w:val="center"/>
          </w:tcPr>
          <w:p w14:paraId="3F4A43E3" w14:textId="77777777" w:rsidR="00307182" w:rsidRDefault="00307182">
            <w:pPr>
              <w:spacing w:after="0" w:line="240" w:lineRule="auto"/>
            </w:pPr>
          </w:p>
        </w:tc>
      </w:tr>
      <w:tr w:rsidR="00307182" w14:paraId="2AC7897A" w14:textId="77777777">
        <w:trPr>
          <w:jc w:val="center"/>
        </w:trPr>
        <w:tc>
          <w:tcPr>
            <w:tcW w:w="2088" w:type="dxa"/>
            <w:vAlign w:val="center"/>
          </w:tcPr>
          <w:p w14:paraId="72AD796F" w14:textId="77777777" w:rsidR="00307182" w:rsidRDefault="00307182">
            <w:pPr>
              <w:spacing w:after="0" w:line="240" w:lineRule="auto"/>
            </w:pPr>
          </w:p>
        </w:tc>
        <w:tc>
          <w:tcPr>
            <w:tcW w:w="1368" w:type="dxa"/>
            <w:vAlign w:val="center"/>
          </w:tcPr>
          <w:p w14:paraId="04189907" w14:textId="77777777" w:rsidR="00307182" w:rsidRDefault="00307182">
            <w:pPr>
              <w:spacing w:after="0" w:line="240" w:lineRule="auto"/>
            </w:pPr>
          </w:p>
        </w:tc>
        <w:tc>
          <w:tcPr>
            <w:tcW w:w="1512" w:type="dxa"/>
            <w:vAlign w:val="center"/>
          </w:tcPr>
          <w:p w14:paraId="3EB36534" w14:textId="77777777" w:rsidR="00307182" w:rsidRDefault="00307182">
            <w:pPr>
              <w:spacing w:after="0" w:line="240" w:lineRule="auto"/>
            </w:pPr>
          </w:p>
        </w:tc>
        <w:tc>
          <w:tcPr>
            <w:tcW w:w="3168" w:type="dxa"/>
            <w:vAlign w:val="center"/>
          </w:tcPr>
          <w:p w14:paraId="033E568F" w14:textId="77777777" w:rsidR="00307182" w:rsidRDefault="00307182">
            <w:pPr>
              <w:spacing w:after="0" w:line="240" w:lineRule="auto"/>
            </w:pPr>
          </w:p>
        </w:tc>
        <w:tc>
          <w:tcPr>
            <w:tcW w:w="1296" w:type="dxa"/>
            <w:vAlign w:val="center"/>
          </w:tcPr>
          <w:p w14:paraId="098B5730" w14:textId="77777777" w:rsidR="00307182" w:rsidRDefault="00307182">
            <w:pPr>
              <w:spacing w:after="0" w:line="240" w:lineRule="auto"/>
            </w:pPr>
          </w:p>
        </w:tc>
        <w:tc>
          <w:tcPr>
            <w:tcW w:w="1152" w:type="dxa"/>
            <w:vAlign w:val="center"/>
          </w:tcPr>
          <w:p w14:paraId="419C787F" w14:textId="77777777" w:rsidR="00307182" w:rsidRDefault="00307182">
            <w:pPr>
              <w:spacing w:after="0" w:line="240" w:lineRule="auto"/>
            </w:pPr>
          </w:p>
        </w:tc>
      </w:tr>
      <w:tr w:rsidR="00307182" w14:paraId="3C146A53" w14:textId="77777777">
        <w:trPr>
          <w:jc w:val="center"/>
        </w:trPr>
        <w:tc>
          <w:tcPr>
            <w:tcW w:w="2088" w:type="dxa"/>
            <w:vAlign w:val="center"/>
          </w:tcPr>
          <w:p w14:paraId="43F1E6B6" w14:textId="77777777" w:rsidR="00307182" w:rsidRDefault="00307182">
            <w:pPr>
              <w:spacing w:after="0" w:line="240" w:lineRule="auto"/>
            </w:pPr>
          </w:p>
        </w:tc>
        <w:tc>
          <w:tcPr>
            <w:tcW w:w="1368" w:type="dxa"/>
            <w:vAlign w:val="center"/>
          </w:tcPr>
          <w:p w14:paraId="322CA258" w14:textId="77777777" w:rsidR="00307182" w:rsidRDefault="00307182">
            <w:pPr>
              <w:spacing w:after="0" w:line="240" w:lineRule="auto"/>
            </w:pPr>
          </w:p>
        </w:tc>
        <w:tc>
          <w:tcPr>
            <w:tcW w:w="1512" w:type="dxa"/>
            <w:vAlign w:val="center"/>
          </w:tcPr>
          <w:p w14:paraId="755CD5B8" w14:textId="77777777" w:rsidR="00307182" w:rsidRDefault="00307182">
            <w:pPr>
              <w:spacing w:after="0" w:line="240" w:lineRule="auto"/>
            </w:pPr>
          </w:p>
        </w:tc>
        <w:tc>
          <w:tcPr>
            <w:tcW w:w="3168" w:type="dxa"/>
            <w:vAlign w:val="center"/>
          </w:tcPr>
          <w:p w14:paraId="057FE630" w14:textId="77777777" w:rsidR="00307182" w:rsidRDefault="00307182">
            <w:pPr>
              <w:spacing w:after="0" w:line="240" w:lineRule="auto"/>
            </w:pPr>
          </w:p>
        </w:tc>
        <w:tc>
          <w:tcPr>
            <w:tcW w:w="1296" w:type="dxa"/>
            <w:vAlign w:val="center"/>
          </w:tcPr>
          <w:p w14:paraId="16AE79F6" w14:textId="77777777" w:rsidR="00307182" w:rsidRDefault="00307182">
            <w:pPr>
              <w:spacing w:after="0" w:line="240" w:lineRule="auto"/>
            </w:pPr>
          </w:p>
        </w:tc>
        <w:tc>
          <w:tcPr>
            <w:tcW w:w="1152" w:type="dxa"/>
            <w:vAlign w:val="center"/>
          </w:tcPr>
          <w:p w14:paraId="3E898086" w14:textId="77777777" w:rsidR="00307182" w:rsidRDefault="00307182">
            <w:pPr>
              <w:spacing w:after="0" w:line="240" w:lineRule="auto"/>
            </w:pPr>
          </w:p>
        </w:tc>
      </w:tr>
      <w:tr w:rsidR="00307182" w14:paraId="406E2CF0" w14:textId="77777777">
        <w:trPr>
          <w:jc w:val="center"/>
        </w:trPr>
        <w:tc>
          <w:tcPr>
            <w:tcW w:w="2088" w:type="dxa"/>
            <w:vAlign w:val="center"/>
          </w:tcPr>
          <w:p w14:paraId="763FBD3A" w14:textId="77777777" w:rsidR="00307182" w:rsidRDefault="00307182">
            <w:pPr>
              <w:spacing w:after="0" w:line="240" w:lineRule="auto"/>
            </w:pPr>
          </w:p>
        </w:tc>
        <w:tc>
          <w:tcPr>
            <w:tcW w:w="1368" w:type="dxa"/>
            <w:vAlign w:val="center"/>
          </w:tcPr>
          <w:p w14:paraId="064B5A6D" w14:textId="77777777" w:rsidR="00307182" w:rsidRDefault="00307182">
            <w:pPr>
              <w:spacing w:after="0" w:line="240" w:lineRule="auto"/>
            </w:pPr>
          </w:p>
        </w:tc>
        <w:tc>
          <w:tcPr>
            <w:tcW w:w="1512" w:type="dxa"/>
            <w:vAlign w:val="center"/>
          </w:tcPr>
          <w:p w14:paraId="13D8C0EC" w14:textId="77777777" w:rsidR="00307182" w:rsidRDefault="00307182">
            <w:pPr>
              <w:spacing w:after="0" w:line="240" w:lineRule="auto"/>
            </w:pPr>
          </w:p>
        </w:tc>
        <w:tc>
          <w:tcPr>
            <w:tcW w:w="3168" w:type="dxa"/>
            <w:vAlign w:val="center"/>
          </w:tcPr>
          <w:p w14:paraId="7D6DCF7C" w14:textId="77777777" w:rsidR="00307182" w:rsidRDefault="00307182">
            <w:pPr>
              <w:spacing w:after="0" w:line="240" w:lineRule="auto"/>
            </w:pPr>
          </w:p>
        </w:tc>
        <w:tc>
          <w:tcPr>
            <w:tcW w:w="1296" w:type="dxa"/>
            <w:vAlign w:val="center"/>
          </w:tcPr>
          <w:p w14:paraId="78BDB943" w14:textId="77777777" w:rsidR="00307182" w:rsidRDefault="00307182">
            <w:pPr>
              <w:spacing w:after="0" w:line="240" w:lineRule="auto"/>
            </w:pPr>
          </w:p>
        </w:tc>
        <w:tc>
          <w:tcPr>
            <w:tcW w:w="1152" w:type="dxa"/>
            <w:vAlign w:val="center"/>
          </w:tcPr>
          <w:p w14:paraId="21792ADD" w14:textId="77777777" w:rsidR="00307182" w:rsidRDefault="00307182">
            <w:pPr>
              <w:spacing w:after="0" w:line="240" w:lineRule="auto"/>
            </w:pPr>
          </w:p>
        </w:tc>
      </w:tr>
    </w:tbl>
    <w:p w14:paraId="5DBEC60F" w14:textId="77777777" w:rsidR="00307182" w:rsidRDefault="00000000">
      <w:pPr>
        <w:spacing w:before="80"/>
      </w:pPr>
      <w:r>
        <w:rPr>
          <w:b/>
          <w:color w:val="2D6B2F"/>
          <w:sz w:val="24"/>
        </w:rPr>
        <w:t>Suggested Use Types</w:t>
      </w:r>
    </w:p>
    <w:p w14:paraId="7AC1033D" w14:textId="77777777" w:rsidR="00307182" w:rsidRDefault="00000000">
      <w:pPr>
        <w:spacing w:after="100" w:line="247" w:lineRule="auto"/>
      </w:pPr>
      <w:r>
        <w:rPr>
          <w:sz w:val="18"/>
        </w:rPr>
        <w:t>These are planning labels, not APA categories: Background | Definition | Evidence | Guideline / Recommendation | Method | Data / Statistic</w:t>
      </w:r>
    </w:p>
    <w:tbl>
      <w:tblPr>
        <w:tblW w:w="0" w:type="auto"/>
        <w:jc w:val="center"/>
        <w:tblBorders>
          <w:top w:val="single" w:sz="4" w:space="0" w:color="D6DED3"/>
          <w:left w:val="single" w:sz="4" w:space="0" w:color="D6DED3"/>
          <w:bottom w:val="single" w:sz="4" w:space="0" w:color="D6DED3"/>
          <w:right w:val="single" w:sz="4" w:space="0" w:color="D6DED3"/>
          <w:insideH w:val="single" w:sz="4" w:space="0" w:color="D6DED3"/>
          <w:insideV w:val="single" w:sz="4" w:space="0" w:color="D6DED3"/>
        </w:tblBorders>
        <w:tblLook w:val="04A0" w:firstRow="1" w:lastRow="0" w:firstColumn="1" w:lastColumn="0" w:noHBand="0" w:noVBand="1"/>
      </w:tblPr>
      <w:tblGrid>
        <w:gridCol w:w="10282"/>
      </w:tblGrid>
      <w:tr w:rsidR="00307182" w14:paraId="51894518" w14:textId="77777777">
        <w:trPr>
          <w:jc w:val="center"/>
        </w:trPr>
        <w:tc>
          <w:tcPr>
            <w:tcW w:w="10282" w:type="dxa"/>
            <w:shd w:val="clear" w:color="auto" w:fill="EAF2E8"/>
          </w:tcPr>
          <w:p w14:paraId="59A63A89" w14:textId="77777777" w:rsidR="00307182" w:rsidRDefault="00000000">
            <w:pPr>
              <w:spacing w:after="20"/>
            </w:pPr>
            <w:r>
              <w:rPr>
                <w:b/>
                <w:color w:val="2D6B2F"/>
                <w:sz w:val="19"/>
              </w:rPr>
              <w:t>What 'Citation Checked' Means</w:t>
            </w:r>
          </w:p>
          <w:p w14:paraId="592091E1" w14:textId="77777777" w:rsidR="00307182" w:rsidRDefault="00000000">
            <w:pPr>
              <w:spacing w:after="0"/>
            </w:pPr>
            <w:r>
              <w:rPr>
                <w:sz w:val="18"/>
              </w:rPr>
              <w:t>You verified both the in-text citation and the reference entry against the source and the applicable APA rule. If the source supports a specific factual claim, the locator should be detailed enough to find that support again.</w:t>
            </w:r>
          </w:p>
        </w:tc>
      </w:tr>
    </w:tbl>
    <w:p w14:paraId="1A2C9A30" w14:textId="77777777" w:rsidR="00307182" w:rsidRDefault="00000000">
      <w:r>
        <w:br w:type="page"/>
      </w:r>
    </w:p>
    <w:p w14:paraId="3C23EF91" w14:textId="77777777" w:rsidR="00307182" w:rsidRDefault="00000000">
      <w:pPr>
        <w:spacing w:before="140"/>
      </w:pPr>
      <w:r>
        <w:rPr>
          <w:b/>
          <w:color w:val="2D6B2F"/>
          <w:sz w:val="30"/>
        </w:rPr>
        <w:lastRenderedPageBreak/>
        <w:t>5. Reference Builder for Difficult Sources</w:t>
      </w:r>
    </w:p>
    <w:p w14:paraId="49AA5622" w14:textId="77777777" w:rsidR="00307182" w:rsidRDefault="00000000">
      <w:pPr>
        <w:spacing w:after="100" w:line="247" w:lineRule="auto"/>
      </w:pPr>
      <w:r>
        <w:rPr>
          <w:sz w:val="19"/>
        </w:rPr>
        <w:t>Use this page when the source is complicated, incomplete, or easy to misidentify. Record the publication facts first; format the reference after you know what each element represents (APA, 2020).</w:t>
      </w:r>
    </w:p>
    <w:tbl>
      <w:tblPr>
        <w:tblW w:w="0" w:type="auto"/>
        <w:jc w:val="center"/>
        <w:tblBorders>
          <w:top w:val="single" w:sz="4" w:space="0" w:color="D6DED3"/>
          <w:left w:val="single" w:sz="4" w:space="0" w:color="D6DED3"/>
          <w:bottom w:val="single" w:sz="4" w:space="0" w:color="D6DED3"/>
          <w:right w:val="single" w:sz="4" w:space="0" w:color="D6DED3"/>
          <w:insideH w:val="single" w:sz="4" w:space="0" w:color="D6DED3"/>
          <w:insideV w:val="single" w:sz="4" w:space="0" w:color="D6DED3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7560"/>
      </w:tblGrid>
      <w:tr w:rsidR="00307182" w14:paraId="6C03B222" w14:textId="77777777">
        <w:trPr>
          <w:jc w:val="center"/>
        </w:trPr>
        <w:tc>
          <w:tcPr>
            <w:tcW w:w="3024" w:type="dxa"/>
            <w:shd w:val="clear" w:color="auto" w:fill="EAF2E8"/>
            <w:vAlign w:val="center"/>
          </w:tcPr>
          <w:p w14:paraId="26B722A1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7"/>
              </w:rPr>
              <w:t>Field</w:t>
            </w:r>
          </w:p>
        </w:tc>
        <w:tc>
          <w:tcPr>
            <w:tcW w:w="7560" w:type="dxa"/>
            <w:shd w:val="clear" w:color="auto" w:fill="EAF2E8"/>
            <w:vAlign w:val="center"/>
          </w:tcPr>
          <w:p w14:paraId="5AB850E1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7"/>
              </w:rPr>
              <w:t>Record What the Source Actually Shows</w:t>
            </w:r>
          </w:p>
        </w:tc>
      </w:tr>
      <w:tr w:rsidR="00307182" w14:paraId="3E5B202C" w14:textId="77777777">
        <w:trPr>
          <w:jc w:val="center"/>
        </w:trPr>
        <w:tc>
          <w:tcPr>
            <w:tcW w:w="3024" w:type="dxa"/>
            <w:vAlign w:val="center"/>
          </w:tcPr>
          <w:p w14:paraId="64D5BFDB" w14:textId="77777777" w:rsidR="00307182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Source type</w:t>
            </w:r>
          </w:p>
        </w:tc>
        <w:tc>
          <w:tcPr>
            <w:tcW w:w="7560" w:type="dxa"/>
            <w:vAlign w:val="center"/>
          </w:tcPr>
          <w:p w14:paraId="772E17FC" w14:textId="77777777" w:rsidR="00307182" w:rsidRDefault="00307182">
            <w:pPr>
              <w:spacing w:after="0" w:line="240" w:lineRule="auto"/>
            </w:pPr>
          </w:p>
        </w:tc>
      </w:tr>
      <w:tr w:rsidR="00307182" w14:paraId="54E4C934" w14:textId="77777777">
        <w:trPr>
          <w:jc w:val="center"/>
        </w:trPr>
        <w:tc>
          <w:tcPr>
            <w:tcW w:w="3024" w:type="dxa"/>
            <w:vAlign w:val="center"/>
          </w:tcPr>
          <w:p w14:paraId="48EE1AF7" w14:textId="77777777" w:rsidR="00307182" w:rsidRDefault="00000000">
            <w:pPr>
              <w:spacing w:after="0" w:line="240" w:lineRule="auto"/>
            </w:pPr>
            <w:r>
              <w:rPr>
                <w:sz w:val="17"/>
              </w:rPr>
              <w:t>Author(s) or group author</w:t>
            </w:r>
          </w:p>
        </w:tc>
        <w:tc>
          <w:tcPr>
            <w:tcW w:w="7560" w:type="dxa"/>
            <w:vAlign w:val="center"/>
          </w:tcPr>
          <w:p w14:paraId="718D4D8B" w14:textId="77777777" w:rsidR="00307182" w:rsidRDefault="00307182">
            <w:pPr>
              <w:spacing w:after="0" w:line="240" w:lineRule="auto"/>
            </w:pPr>
          </w:p>
        </w:tc>
      </w:tr>
      <w:tr w:rsidR="00307182" w14:paraId="5645B5D2" w14:textId="77777777">
        <w:trPr>
          <w:jc w:val="center"/>
        </w:trPr>
        <w:tc>
          <w:tcPr>
            <w:tcW w:w="3024" w:type="dxa"/>
            <w:vAlign w:val="center"/>
          </w:tcPr>
          <w:p w14:paraId="6807A588" w14:textId="77777777" w:rsidR="00307182" w:rsidRDefault="00000000">
            <w:pPr>
              <w:spacing w:after="0" w:line="240" w:lineRule="auto"/>
            </w:pPr>
            <w:r>
              <w:rPr>
                <w:sz w:val="17"/>
              </w:rPr>
              <w:t>Date</w:t>
            </w:r>
          </w:p>
        </w:tc>
        <w:tc>
          <w:tcPr>
            <w:tcW w:w="7560" w:type="dxa"/>
            <w:vAlign w:val="center"/>
          </w:tcPr>
          <w:p w14:paraId="086643DA" w14:textId="77777777" w:rsidR="00307182" w:rsidRDefault="00307182">
            <w:pPr>
              <w:spacing w:after="0" w:line="240" w:lineRule="auto"/>
            </w:pPr>
          </w:p>
        </w:tc>
      </w:tr>
      <w:tr w:rsidR="00307182" w14:paraId="4ED4C85D" w14:textId="77777777">
        <w:trPr>
          <w:jc w:val="center"/>
        </w:trPr>
        <w:tc>
          <w:tcPr>
            <w:tcW w:w="3024" w:type="dxa"/>
            <w:vAlign w:val="center"/>
          </w:tcPr>
          <w:p w14:paraId="4B5D18E6" w14:textId="77777777" w:rsidR="00307182" w:rsidRDefault="00000000">
            <w:pPr>
              <w:spacing w:after="0" w:line="240" w:lineRule="auto"/>
            </w:pPr>
            <w:r>
              <w:rPr>
                <w:sz w:val="17"/>
              </w:rPr>
              <w:t>Title</w:t>
            </w:r>
          </w:p>
        </w:tc>
        <w:tc>
          <w:tcPr>
            <w:tcW w:w="7560" w:type="dxa"/>
            <w:vAlign w:val="center"/>
          </w:tcPr>
          <w:p w14:paraId="4D9100B4" w14:textId="77777777" w:rsidR="00307182" w:rsidRDefault="00307182">
            <w:pPr>
              <w:spacing w:after="0" w:line="240" w:lineRule="auto"/>
            </w:pPr>
          </w:p>
        </w:tc>
      </w:tr>
      <w:tr w:rsidR="00307182" w14:paraId="24C3065A" w14:textId="77777777">
        <w:trPr>
          <w:jc w:val="center"/>
        </w:trPr>
        <w:tc>
          <w:tcPr>
            <w:tcW w:w="3024" w:type="dxa"/>
            <w:vAlign w:val="center"/>
          </w:tcPr>
          <w:p w14:paraId="541782DB" w14:textId="77777777" w:rsidR="00307182" w:rsidRDefault="00000000">
            <w:pPr>
              <w:spacing w:after="0" w:line="240" w:lineRule="auto"/>
            </w:pPr>
            <w:r>
              <w:rPr>
                <w:sz w:val="17"/>
              </w:rPr>
              <w:t>Journal / book / website / other source</w:t>
            </w:r>
          </w:p>
        </w:tc>
        <w:tc>
          <w:tcPr>
            <w:tcW w:w="7560" w:type="dxa"/>
            <w:vAlign w:val="center"/>
          </w:tcPr>
          <w:p w14:paraId="2503FB0E" w14:textId="77777777" w:rsidR="00307182" w:rsidRDefault="00307182">
            <w:pPr>
              <w:spacing w:after="0" w:line="240" w:lineRule="auto"/>
            </w:pPr>
          </w:p>
        </w:tc>
      </w:tr>
      <w:tr w:rsidR="00307182" w14:paraId="5521C29C" w14:textId="77777777">
        <w:trPr>
          <w:jc w:val="center"/>
        </w:trPr>
        <w:tc>
          <w:tcPr>
            <w:tcW w:w="3024" w:type="dxa"/>
            <w:vAlign w:val="center"/>
          </w:tcPr>
          <w:p w14:paraId="68D7825C" w14:textId="77777777" w:rsidR="00307182" w:rsidRDefault="00000000">
            <w:pPr>
              <w:spacing w:after="0" w:line="240" w:lineRule="auto"/>
            </w:pPr>
            <w:r>
              <w:rPr>
                <w:sz w:val="17"/>
              </w:rPr>
              <w:t>Volume, issue, pages, or article number if applicable</w:t>
            </w:r>
          </w:p>
        </w:tc>
        <w:tc>
          <w:tcPr>
            <w:tcW w:w="7560" w:type="dxa"/>
            <w:vAlign w:val="center"/>
          </w:tcPr>
          <w:p w14:paraId="2EB0F131" w14:textId="77777777" w:rsidR="00307182" w:rsidRDefault="00307182">
            <w:pPr>
              <w:spacing w:after="0" w:line="240" w:lineRule="auto"/>
            </w:pPr>
          </w:p>
        </w:tc>
      </w:tr>
      <w:tr w:rsidR="00307182" w14:paraId="5CBEAF8C" w14:textId="77777777">
        <w:trPr>
          <w:jc w:val="center"/>
        </w:trPr>
        <w:tc>
          <w:tcPr>
            <w:tcW w:w="3024" w:type="dxa"/>
            <w:vAlign w:val="center"/>
          </w:tcPr>
          <w:p w14:paraId="0B33C466" w14:textId="77777777" w:rsidR="00307182" w:rsidRDefault="00000000">
            <w:pPr>
              <w:spacing w:after="0" w:line="240" w:lineRule="auto"/>
            </w:pPr>
            <w:r>
              <w:rPr>
                <w:sz w:val="17"/>
              </w:rPr>
              <w:t>Editor / publisher / site name if required</w:t>
            </w:r>
          </w:p>
        </w:tc>
        <w:tc>
          <w:tcPr>
            <w:tcW w:w="7560" w:type="dxa"/>
            <w:vAlign w:val="center"/>
          </w:tcPr>
          <w:p w14:paraId="5C023BD8" w14:textId="77777777" w:rsidR="00307182" w:rsidRDefault="00307182">
            <w:pPr>
              <w:spacing w:after="0" w:line="240" w:lineRule="auto"/>
            </w:pPr>
          </w:p>
        </w:tc>
      </w:tr>
      <w:tr w:rsidR="00307182" w14:paraId="1D83AE73" w14:textId="77777777">
        <w:trPr>
          <w:jc w:val="center"/>
        </w:trPr>
        <w:tc>
          <w:tcPr>
            <w:tcW w:w="3024" w:type="dxa"/>
            <w:vAlign w:val="center"/>
          </w:tcPr>
          <w:p w14:paraId="1A618526" w14:textId="77777777" w:rsidR="00307182" w:rsidRDefault="00000000">
            <w:pPr>
              <w:spacing w:after="0" w:line="240" w:lineRule="auto"/>
            </w:pPr>
            <w:r>
              <w:rPr>
                <w:sz w:val="17"/>
              </w:rPr>
              <w:t>DOI or URL</w:t>
            </w:r>
          </w:p>
        </w:tc>
        <w:tc>
          <w:tcPr>
            <w:tcW w:w="7560" w:type="dxa"/>
            <w:vAlign w:val="center"/>
          </w:tcPr>
          <w:p w14:paraId="2A3DBCE0" w14:textId="77777777" w:rsidR="00307182" w:rsidRDefault="00307182">
            <w:pPr>
              <w:spacing w:after="0" w:line="240" w:lineRule="auto"/>
            </w:pPr>
          </w:p>
        </w:tc>
      </w:tr>
    </w:tbl>
    <w:p w14:paraId="5FC839C8" w14:textId="77777777" w:rsidR="00307182" w:rsidRDefault="00000000">
      <w:pPr>
        <w:spacing w:before="80"/>
      </w:pPr>
      <w:r>
        <w:rPr>
          <w:b/>
          <w:color w:val="2D6B2F"/>
          <w:sz w:val="24"/>
        </w:rPr>
        <w:t>Final Reference</w:t>
      </w:r>
    </w:p>
    <w:tbl>
      <w:tblPr>
        <w:tblW w:w="0" w:type="auto"/>
        <w:tblBorders>
          <w:top w:val="single" w:sz="4" w:space="0" w:color="D6DED3"/>
          <w:left w:val="single" w:sz="4" w:space="0" w:color="D6DED3"/>
          <w:bottom w:val="single" w:sz="4" w:space="0" w:color="D6DED3"/>
          <w:right w:val="single" w:sz="4" w:space="0" w:color="D6DED3"/>
          <w:insideH w:val="single" w:sz="4" w:space="0" w:color="D6DED3"/>
          <w:insideV w:val="single" w:sz="4" w:space="0" w:color="D6DED3"/>
        </w:tblBorders>
        <w:tblLook w:val="04A0" w:firstRow="1" w:lastRow="0" w:firstColumn="1" w:lastColumn="0" w:noHBand="0" w:noVBand="1"/>
      </w:tblPr>
      <w:tblGrid>
        <w:gridCol w:w="10282"/>
      </w:tblGrid>
      <w:tr w:rsidR="00307182" w14:paraId="65571FF3" w14:textId="77777777">
        <w:tc>
          <w:tcPr>
            <w:tcW w:w="10282" w:type="dxa"/>
          </w:tcPr>
          <w:p w14:paraId="1F5D9CDA" w14:textId="77777777" w:rsidR="00307182" w:rsidRDefault="00307182"/>
        </w:tc>
      </w:tr>
    </w:tbl>
    <w:p w14:paraId="5A71956D" w14:textId="77777777" w:rsidR="00307182" w:rsidRDefault="00000000">
      <w:pPr>
        <w:spacing w:before="80"/>
      </w:pPr>
      <w:r>
        <w:rPr>
          <w:b/>
          <w:color w:val="2D6B2F"/>
          <w:sz w:val="24"/>
        </w:rPr>
        <w:t>In-Text Citation</w:t>
      </w:r>
    </w:p>
    <w:tbl>
      <w:tblPr>
        <w:tblW w:w="0" w:type="auto"/>
        <w:jc w:val="center"/>
        <w:tblBorders>
          <w:top w:val="single" w:sz="4" w:space="0" w:color="D6DED3"/>
          <w:left w:val="single" w:sz="4" w:space="0" w:color="D6DED3"/>
          <w:bottom w:val="single" w:sz="4" w:space="0" w:color="D6DED3"/>
          <w:right w:val="single" w:sz="4" w:space="0" w:color="D6DED3"/>
          <w:insideH w:val="single" w:sz="4" w:space="0" w:color="D6DED3"/>
          <w:insideV w:val="single" w:sz="4" w:space="0" w:color="D6DED3"/>
        </w:tblBorders>
        <w:tblLayout w:type="fixed"/>
        <w:tblLook w:val="04A0" w:firstRow="1" w:lastRow="0" w:firstColumn="1" w:lastColumn="0" w:noHBand="0" w:noVBand="1"/>
      </w:tblPr>
      <w:tblGrid>
        <w:gridCol w:w="3528"/>
        <w:gridCol w:w="3528"/>
        <w:gridCol w:w="3528"/>
      </w:tblGrid>
      <w:tr w:rsidR="00307182" w14:paraId="59215FAB" w14:textId="77777777">
        <w:trPr>
          <w:jc w:val="center"/>
        </w:trPr>
        <w:tc>
          <w:tcPr>
            <w:tcW w:w="3528" w:type="dxa"/>
            <w:shd w:val="clear" w:color="auto" w:fill="EAF2E8"/>
            <w:vAlign w:val="center"/>
          </w:tcPr>
          <w:p w14:paraId="527E62DE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Parenthetical</w:t>
            </w:r>
          </w:p>
        </w:tc>
        <w:tc>
          <w:tcPr>
            <w:tcW w:w="3528" w:type="dxa"/>
            <w:shd w:val="clear" w:color="auto" w:fill="EAF2E8"/>
            <w:vAlign w:val="center"/>
          </w:tcPr>
          <w:p w14:paraId="55A3CA8B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Narrative</w:t>
            </w:r>
          </w:p>
        </w:tc>
        <w:tc>
          <w:tcPr>
            <w:tcW w:w="3528" w:type="dxa"/>
            <w:shd w:val="clear" w:color="auto" w:fill="EAF2E8"/>
            <w:vAlign w:val="center"/>
          </w:tcPr>
          <w:p w14:paraId="079E25EB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Quotation Locator if Needed</w:t>
            </w:r>
          </w:p>
        </w:tc>
      </w:tr>
      <w:tr w:rsidR="00307182" w14:paraId="622F81AD" w14:textId="77777777">
        <w:trPr>
          <w:jc w:val="center"/>
        </w:trPr>
        <w:tc>
          <w:tcPr>
            <w:tcW w:w="3528" w:type="dxa"/>
            <w:vAlign w:val="center"/>
          </w:tcPr>
          <w:p w14:paraId="705FFEE8" w14:textId="77777777" w:rsidR="00307182" w:rsidRDefault="00307182">
            <w:pPr>
              <w:spacing w:after="0" w:line="240" w:lineRule="auto"/>
            </w:pPr>
          </w:p>
        </w:tc>
        <w:tc>
          <w:tcPr>
            <w:tcW w:w="3528" w:type="dxa"/>
            <w:vAlign w:val="center"/>
          </w:tcPr>
          <w:p w14:paraId="2DC2F7AE" w14:textId="77777777" w:rsidR="00307182" w:rsidRDefault="00307182">
            <w:pPr>
              <w:spacing w:after="0" w:line="240" w:lineRule="auto"/>
            </w:pPr>
          </w:p>
        </w:tc>
        <w:tc>
          <w:tcPr>
            <w:tcW w:w="3528" w:type="dxa"/>
            <w:vAlign w:val="center"/>
          </w:tcPr>
          <w:p w14:paraId="2BA4892E" w14:textId="77777777" w:rsidR="00307182" w:rsidRDefault="00307182">
            <w:pPr>
              <w:spacing w:after="0" w:line="240" w:lineRule="auto"/>
            </w:pPr>
          </w:p>
        </w:tc>
      </w:tr>
    </w:tbl>
    <w:p w14:paraId="538EAD20" w14:textId="77777777" w:rsidR="00307182" w:rsidRDefault="00000000">
      <w:pPr>
        <w:spacing w:before="80"/>
      </w:pPr>
      <w:r>
        <w:rPr>
          <w:b/>
          <w:color w:val="2D6B2F"/>
          <w:sz w:val="24"/>
        </w:rPr>
        <w:t>Why Am I Using This Source?</w:t>
      </w:r>
    </w:p>
    <w:tbl>
      <w:tblPr>
        <w:tblW w:w="0" w:type="auto"/>
        <w:jc w:val="center"/>
        <w:tblBorders>
          <w:top w:val="single" w:sz="4" w:space="0" w:color="D6DED3"/>
          <w:left w:val="single" w:sz="4" w:space="0" w:color="D6DED3"/>
          <w:bottom w:val="single" w:sz="4" w:space="0" w:color="D6DED3"/>
          <w:right w:val="single" w:sz="4" w:space="0" w:color="D6DED3"/>
          <w:insideH w:val="single" w:sz="4" w:space="0" w:color="D6DED3"/>
          <w:insideV w:val="single" w:sz="4" w:space="0" w:color="D6DED3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5328"/>
        <w:gridCol w:w="2880"/>
      </w:tblGrid>
      <w:tr w:rsidR="00307182" w14:paraId="4CCDC1E1" w14:textId="77777777">
        <w:trPr>
          <w:jc w:val="center"/>
        </w:trPr>
        <w:tc>
          <w:tcPr>
            <w:tcW w:w="2376" w:type="dxa"/>
            <w:shd w:val="clear" w:color="auto" w:fill="EAF2E8"/>
            <w:vAlign w:val="center"/>
          </w:tcPr>
          <w:p w14:paraId="23949851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Use Type</w:t>
            </w:r>
          </w:p>
        </w:tc>
        <w:tc>
          <w:tcPr>
            <w:tcW w:w="5328" w:type="dxa"/>
            <w:shd w:val="clear" w:color="auto" w:fill="EAF2E8"/>
            <w:vAlign w:val="center"/>
          </w:tcPr>
          <w:p w14:paraId="16A4204A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Claim / Purpose</w:t>
            </w:r>
          </w:p>
        </w:tc>
        <w:tc>
          <w:tcPr>
            <w:tcW w:w="2880" w:type="dxa"/>
            <w:shd w:val="clear" w:color="auto" w:fill="EAF2E8"/>
            <w:vAlign w:val="center"/>
          </w:tcPr>
          <w:p w14:paraId="31776796" w14:textId="77777777" w:rsidR="00307182" w:rsidRDefault="00000000">
            <w:pPr>
              <w:spacing w:after="0" w:line="240" w:lineRule="auto"/>
            </w:pPr>
            <w:r>
              <w:rPr>
                <w:b/>
                <w:color w:val="2D6B2F"/>
                <w:sz w:val="16"/>
              </w:rPr>
              <w:t>Key Supporting Locator</w:t>
            </w:r>
          </w:p>
        </w:tc>
      </w:tr>
      <w:tr w:rsidR="00307182" w14:paraId="0AC550A4" w14:textId="77777777">
        <w:trPr>
          <w:jc w:val="center"/>
        </w:trPr>
        <w:tc>
          <w:tcPr>
            <w:tcW w:w="2376" w:type="dxa"/>
            <w:vAlign w:val="center"/>
          </w:tcPr>
          <w:p w14:paraId="0C93AD28" w14:textId="77777777" w:rsidR="00307182" w:rsidRDefault="00307182">
            <w:pPr>
              <w:spacing w:after="0" w:line="240" w:lineRule="auto"/>
            </w:pPr>
          </w:p>
        </w:tc>
        <w:tc>
          <w:tcPr>
            <w:tcW w:w="5328" w:type="dxa"/>
            <w:vAlign w:val="center"/>
          </w:tcPr>
          <w:p w14:paraId="186697E6" w14:textId="77777777" w:rsidR="00307182" w:rsidRDefault="00307182">
            <w:pPr>
              <w:spacing w:after="0" w:line="240" w:lineRule="auto"/>
            </w:pPr>
          </w:p>
        </w:tc>
        <w:tc>
          <w:tcPr>
            <w:tcW w:w="2880" w:type="dxa"/>
            <w:vAlign w:val="center"/>
          </w:tcPr>
          <w:p w14:paraId="32DE0728" w14:textId="77777777" w:rsidR="00307182" w:rsidRDefault="00307182">
            <w:pPr>
              <w:spacing w:after="0" w:line="240" w:lineRule="auto"/>
            </w:pPr>
          </w:p>
        </w:tc>
      </w:tr>
    </w:tbl>
    <w:p w14:paraId="4EB36584" w14:textId="77777777" w:rsidR="00307182" w:rsidRDefault="00000000">
      <w:pPr>
        <w:spacing w:before="80"/>
      </w:pPr>
      <w:r>
        <w:rPr>
          <w:b/>
          <w:color w:val="2D6B2F"/>
          <w:sz w:val="24"/>
        </w:rPr>
        <w:t>Verification</w:t>
      </w:r>
    </w:p>
    <w:p w14:paraId="534A4CCC" w14:textId="77777777" w:rsidR="00307182" w:rsidRDefault="00000000">
      <w:pPr>
        <w:spacing w:after="40"/>
        <w:ind w:left="259" w:hanging="187"/>
      </w:pPr>
      <w:r>
        <w:rPr>
          <w:sz w:val="18"/>
        </w:rPr>
        <w:t>• □ Author order and spelling match the source.</w:t>
      </w:r>
    </w:p>
    <w:p w14:paraId="647111C3" w14:textId="77777777" w:rsidR="00307182" w:rsidRDefault="00000000">
      <w:pPr>
        <w:spacing w:after="40"/>
        <w:ind w:left="259" w:hanging="187"/>
      </w:pPr>
      <w:r>
        <w:rPr>
          <w:sz w:val="18"/>
        </w:rPr>
        <w:t>• □ Date belongs to the version actually used.</w:t>
      </w:r>
    </w:p>
    <w:p w14:paraId="60C35601" w14:textId="77777777" w:rsidR="00307182" w:rsidRDefault="00000000">
      <w:pPr>
        <w:spacing w:after="40"/>
        <w:ind w:left="259" w:hanging="187"/>
      </w:pPr>
      <w:r>
        <w:rPr>
          <w:sz w:val="18"/>
        </w:rPr>
        <w:t>• □ Title capitalization and italics fit the source type.</w:t>
      </w:r>
    </w:p>
    <w:p w14:paraId="40C76158" w14:textId="77777777" w:rsidR="00307182" w:rsidRDefault="00000000">
      <w:pPr>
        <w:spacing w:after="40"/>
        <w:ind w:left="259" w:hanging="187"/>
      </w:pPr>
      <w:r>
        <w:rPr>
          <w:sz w:val="18"/>
        </w:rPr>
        <w:t>• □ Publication details are complete when required.</w:t>
      </w:r>
    </w:p>
    <w:p w14:paraId="3BEE45E9" w14:textId="77777777" w:rsidR="00307182" w:rsidRDefault="00000000">
      <w:pPr>
        <w:spacing w:after="40"/>
        <w:ind w:left="259" w:hanging="187"/>
      </w:pPr>
      <w:r>
        <w:rPr>
          <w:sz w:val="18"/>
        </w:rPr>
        <w:t>• □ DOI or URL is appropriate and formatted correctly.</w:t>
      </w:r>
    </w:p>
    <w:p w14:paraId="3EFCC66C" w14:textId="77777777" w:rsidR="00307182" w:rsidRDefault="00000000">
      <w:pPr>
        <w:spacing w:after="40"/>
        <w:ind w:left="259" w:hanging="187"/>
      </w:pPr>
      <w:r>
        <w:rPr>
          <w:sz w:val="18"/>
        </w:rPr>
        <w:t>• □ The source actually supports the claim or purpose recorded above.</w:t>
      </w:r>
    </w:p>
    <w:tbl>
      <w:tblPr>
        <w:tblW w:w="0" w:type="auto"/>
        <w:jc w:val="center"/>
        <w:tblBorders>
          <w:top w:val="single" w:sz="4" w:space="0" w:color="D6DED3"/>
          <w:left w:val="single" w:sz="4" w:space="0" w:color="D6DED3"/>
          <w:bottom w:val="single" w:sz="4" w:space="0" w:color="D6DED3"/>
          <w:right w:val="single" w:sz="4" w:space="0" w:color="D6DED3"/>
          <w:insideH w:val="single" w:sz="4" w:space="0" w:color="D6DED3"/>
          <w:insideV w:val="single" w:sz="4" w:space="0" w:color="D6DED3"/>
        </w:tblBorders>
        <w:tblLook w:val="04A0" w:firstRow="1" w:lastRow="0" w:firstColumn="1" w:lastColumn="0" w:noHBand="0" w:noVBand="1"/>
      </w:tblPr>
      <w:tblGrid>
        <w:gridCol w:w="10282"/>
      </w:tblGrid>
      <w:tr w:rsidR="00307182" w14:paraId="462F4E45" w14:textId="77777777">
        <w:trPr>
          <w:jc w:val="center"/>
        </w:trPr>
        <w:tc>
          <w:tcPr>
            <w:tcW w:w="10282" w:type="dxa"/>
            <w:shd w:val="clear" w:color="auto" w:fill="EAF2E8"/>
          </w:tcPr>
          <w:p w14:paraId="025501B8" w14:textId="77777777" w:rsidR="00307182" w:rsidRDefault="00000000">
            <w:pPr>
              <w:spacing w:after="20"/>
            </w:pPr>
            <w:r>
              <w:rPr>
                <w:b/>
                <w:color w:val="2D6B2F"/>
                <w:sz w:val="19"/>
              </w:rPr>
              <w:t>Use This Page Selectively</w:t>
            </w:r>
          </w:p>
          <w:p w14:paraId="122F9337" w14:textId="77777777" w:rsidR="00307182" w:rsidRDefault="00000000">
            <w:pPr>
              <w:spacing w:after="0"/>
            </w:pPr>
            <w:r>
              <w:rPr>
                <w:sz w:val="18"/>
              </w:rPr>
              <w:t>Routine journal articles may not need a builder. Duplicate this page for group authors, edited-book chapters, reports, guidelines, missing dates, unusual publication details, or sources whose role in the paper needs clarification.</w:t>
            </w:r>
          </w:p>
        </w:tc>
      </w:tr>
    </w:tbl>
    <w:p w14:paraId="1FDA7AC5" w14:textId="77777777" w:rsidR="00307182" w:rsidRDefault="00000000">
      <w:r>
        <w:br w:type="page"/>
      </w:r>
    </w:p>
    <w:p w14:paraId="1BA498E8" w14:textId="77777777" w:rsidR="00307182" w:rsidRDefault="00000000">
      <w:pPr>
        <w:spacing w:before="140"/>
      </w:pPr>
      <w:r>
        <w:rPr>
          <w:b/>
          <w:color w:val="2D6B2F"/>
          <w:sz w:val="30"/>
        </w:rPr>
        <w:lastRenderedPageBreak/>
        <w:t>6. Final Citation and Reference Audit</w:t>
      </w:r>
    </w:p>
    <w:p w14:paraId="148ABEBF" w14:textId="77777777" w:rsidR="00307182" w:rsidRDefault="00000000">
      <w:pPr>
        <w:spacing w:after="100" w:line="247" w:lineRule="auto"/>
      </w:pPr>
      <w:r>
        <w:rPr>
          <w:sz w:val="19"/>
        </w:rPr>
        <w:t>Run this audit after the paper and reference list are stable. It checks APA mechanics and whether the sources are being represented accurately.</w:t>
      </w:r>
    </w:p>
    <w:p w14:paraId="29C45D49" w14:textId="77777777" w:rsidR="00307182" w:rsidRDefault="00000000">
      <w:pPr>
        <w:spacing w:before="80"/>
      </w:pPr>
      <w:r>
        <w:rPr>
          <w:b/>
          <w:color w:val="2D6B2F"/>
          <w:sz w:val="24"/>
        </w:rPr>
        <w:t>Citation Integrity</w:t>
      </w:r>
    </w:p>
    <w:p w14:paraId="6D3B8053" w14:textId="77777777" w:rsidR="00307182" w:rsidRDefault="00000000">
      <w:pPr>
        <w:spacing w:after="60"/>
      </w:pPr>
      <w:r>
        <w:rPr>
          <w:sz w:val="18"/>
        </w:rPr>
        <w:t>☐ Each substantive claim that needs support is connected to a source that actually supports it.</w:t>
      </w:r>
    </w:p>
    <w:p w14:paraId="1EB6E2F2" w14:textId="77777777" w:rsidR="00307182" w:rsidRDefault="00000000">
      <w:pPr>
        <w:spacing w:after="60"/>
      </w:pPr>
      <w:r>
        <w:rPr>
          <w:sz w:val="18"/>
        </w:rPr>
        <w:t>☐ Recommendations, standards, background information, and research findings are described according to what the source actually contains.</w:t>
      </w:r>
    </w:p>
    <w:p w14:paraId="692D1BE1" w14:textId="77777777" w:rsidR="00307182" w:rsidRDefault="00000000">
      <w:pPr>
        <w:spacing w:after="60"/>
      </w:pPr>
      <w:r>
        <w:rPr>
          <w:sz w:val="18"/>
        </w:rPr>
        <w:t>☐ Secondary citations are used only when appropriate; original works are cited when they were actually read and used.</w:t>
      </w:r>
    </w:p>
    <w:p w14:paraId="029368E6" w14:textId="77777777" w:rsidR="00307182" w:rsidRDefault="00000000">
      <w:pPr>
        <w:spacing w:after="60"/>
      </w:pPr>
      <w:r>
        <w:rPr>
          <w:sz w:val="18"/>
        </w:rPr>
        <w:t>☐ Key quotations, statistics, recommendations, and specific findings can be relocated in the source.</w:t>
      </w:r>
    </w:p>
    <w:p w14:paraId="6C2BF114" w14:textId="77777777" w:rsidR="00307182" w:rsidRDefault="00000000">
      <w:pPr>
        <w:spacing w:before="80"/>
      </w:pPr>
      <w:r>
        <w:rPr>
          <w:b/>
          <w:color w:val="2D6B2F"/>
          <w:sz w:val="24"/>
        </w:rPr>
        <w:t>In-Text and Reference Matching</w:t>
      </w:r>
    </w:p>
    <w:p w14:paraId="6CCC8EF1" w14:textId="77777777" w:rsidR="00307182" w:rsidRDefault="00000000">
      <w:pPr>
        <w:spacing w:after="60"/>
      </w:pPr>
      <w:r>
        <w:rPr>
          <w:sz w:val="18"/>
        </w:rPr>
        <w:t>☐ Every in-text citation has a matching reference-list entry.</w:t>
      </w:r>
    </w:p>
    <w:p w14:paraId="7E949BEC" w14:textId="77777777" w:rsidR="00307182" w:rsidRDefault="00000000">
      <w:pPr>
        <w:spacing w:after="60"/>
      </w:pPr>
      <w:r>
        <w:rPr>
          <w:sz w:val="18"/>
        </w:rPr>
        <w:t>☐ Every reference-list entry is cited in the paper, except source types cited only in text under APA rules.</w:t>
      </w:r>
    </w:p>
    <w:p w14:paraId="262EADFD" w14:textId="77777777" w:rsidR="00307182" w:rsidRDefault="00000000">
      <w:pPr>
        <w:spacing w:after="60"/>
      </w:pPr>
      <w:r>
        <w:rPr>
          <w:sz w:val="18"/>
        </w:rPr>
        <w:t>☐ Author names and publication years match between the text and reference list.</w:t>
      </w:r>
    </w:p>
    <w:p w14:paraId="67D5831F" w14:textId="77777777" w:rsidR="00307182" w:rsidRDefault="00000000">
      <w:pPr>
        <w:spacing w:after="60"/>
      </w:pPr>
      <w:r>
        <w:rPr>
          <w:sz w:val="18"/>
        </w:rPr>
        <w:t>☐ Same-author, same-year works use the correct a/b/c lettering in both locations.</w:t>
      </w:r>
    </w:p>
    <w:p w14:paraId="05142FA8" w14:textId="77777777" w:rsidR="00307182" w:rsidRDefault="00000000">
      <w:pPr>
        <w:spacing w:before="80"/>
      </w:pPr>
      <w:r>
        <w:rPr>
          <w:b/>
          <w:color w:val="2D6B2F"/>
          <w:sz w:val="24"/>
        </w:rPr>
        <w:t>Reference List Formatting</w:t>
      </w:r>
    </w:p>
    <w:p w14:paraId="7274E904" w14:textId="77777777" w:rsidR="00307182" w:rsidRDefault="00000000">
      <w:pPr>
        <w:spacing w:after="60"/>
      </w:pPr>
      <w:r>
        <w:rPr>
          <w:sz w:val="18"/>
        </w:rPr>
        <w:t>☐ Entries are alphabetized by author or group author; works without an author are alphabetized by title.</w:t>
      </w:r>
    </w:p>
    <w:p w14:paraId="0A1C2602" w14:textId="77777777" w:rsidR="00307182" w:rsidRDefault="00000000">
      <w:pPr>
        <w:spacing w:after="60"/>
      </w:pPr>
      <w:r>
        <w:rPr>
          <w:sz w:val="18"/>
        </w:rPr>
        <w:t>☐ Article, chapter, book, report, and webpage titles use sentence case; journal titles use title case.</w:t>
      </w:r>
    </w:p>
    <w:p w14:paraId="74EACF40" w14:textId="77777777" w:rsidR="00307182" w:rsidRDefault="00000000">
      <w:pPr>
        <w:spacing w:after="60"/>
      </w:pPr>
      <w:r>
        <w:rPr>
          <w:sz w:val="18"/>
        </w:rPr>
        <w:t>☐ Journal titles and volume numbers are italicized; issue numbers are not.</w:t>
      </w:r>
    </w:p>
    <w:p w14:paraId="6F1DB0C0" w14:textId="77777777" w:rsidR="00307182" w:rsidRDefault="00000000">
      <w:pPr>
        <w:spacing w:after="60"/>
      </w:pPr>
      <w:r>
        <w:rPr>
          <w:sz w:val="18"/>
        </w:rPr>
        <w:t>☐ Standalone book, report, guideline, and webpage titles are italicized when required for that source type.</w:t>
      </w:r>
    </w:p>
    <w:p w14:paraId="6112A22B" w14:textId="77777777" w:rsidR="00307182" w:rsidRDefault="00000000">
      <w:pPr>
        <w:spacing w:after="60"/>
      </w:pPr>
      <w:r>
        <w:rPr>
          <w:sz w:val="18"/>
        </w:rPr>
        <w:t>☐ DOIs use https://doi.org/ format, and no period follows a DOI or URL.</w:t>
      </w:r>
    </w:p>
    <w:p w14:paraId="22E44588" w14:textId="77777777" w:rsidR="00307182" w:rsidRDefault="00000000">
      <w:pPr>
        <w:spacing w:after="60"/>
      </w:pPr>
      <w:r>
        <w:rPr>
          <w:sz w:val="18"/>
        </w:rPr>
        <w:t>☐ Database names and URLs are omitted from standard journal-article references unless APA requires the database information.</w:t>
      </w:r>
    </w:p>
    <w:p w14:paraId="2A4C3A30" w14:textId="77777777" w:rsidR="00307182" w:rsidRDefault="00000000">
      <w:pPr>
        <w:spacing w:after="60"/>
      </w:pPr>
      <w:r>
        <w:rPr>
          <w:sz w:val="18"/>
        </w:rPr>
        <w:t>☐ Retrieval dates are included only when appropriate.</w:t>
      </w:r>
    </w:p>
    <w:p w14:paraId="49611DBA" w14:textId="77777777" w:rsidR="00307182" w:rsidRDefault="00000000">
      <w:pPr>
        <w:spacing w:after="60"/>
      </w:pPr>
      <w:r>
        <w:rPr>
          <w:sz w:val="18"/>
        </w:rPr>
        <w:t>☐ The reference list is double-spaced and uses a 0.5-inch hanging indent unless the assignment specifically requires otherwise.</w:t>
      </w:r>
    </w:p>
    <w:p w14:paraId="2DBE3DB1" w14:textId="77777777" w:rsidR="00307182" w:rsidRDefault="00000000">
      <w:pPr>
        <w:spacing w:after="60"/>
      </w:pPr>
      <w:r>
        <w:rPr>
          <w:sz w:val="18"/>
        </w:rPr>
        <w:t>☐ Long author lists and citation-generator output were checked against APA guidance.</w:t>
      </w:r>
    </w:p>
    <w:p w14:paraId="76516FF6" w14:textId="77777777" w:rsidR="00307182" w:rsidRDefault="00000000">
      <w:r>
        <w:br w:type="page"/>
      </w:r>
    </w:p>
    <w:p w14:paraId="2D412734" w14:textId="77777777" w:rsidR="00307182" w:rsidRDefault="00000000">
      <w:pPr>
        <w:spacing w:before="140"/>
      </w:pPr>
      <w:r>
        <w:rPr>
          <w:b/>
          <w:color w:val="2D6B2F"/>
          <w:sz w:val="30"/>
        </w:rPr>
        <w:lastRenderedPageBreak/>
        <w:t>References</w:t>
      </w:r>
    </w:p>
    <w:p w14:paraId="3789D2E1" w14:textId="77777777" w:rsidR="00307182" w:rsidRDefault="00000000">
      <w:pPr>
        <w:spacing w:after="100" w:line="247" w:lineRule="auto"/>
      </w:pPr>
      <w:r>
        <w:rPr>
          <w:sz w:val="19"/>
        </w:rPr>
        <w:t>APA rules and citation conventions in this guide are summarized from the following authoritative sources.</w:t>
      </w:r>
    </w:p>
    <w:p w14:paraId="3D6BC52D" w14:textId="1A9F9658" w:rsidR="00307182" w:rsidRDefault="00000000">
      <w:pPr>
        <w:spacing w:after="0" w:line="480" w:lineRule="auto"/>
        <w:ind w:left="720" w:hanging="720"/>
      </w:pPr>
      <w:r>
        <w:rPr>
          <w:sz w:val="18"/>
        </w:rPr>
        <w:t xml:space="preserve">American Psychological Association. (2020). </w:t>
      </w:r>
      <w:r>
        <w:rPr>
          <w:i/>
          <w:sz w:val="18"/>
        </w:rPr>
        <w:t>Publication manual of the American Psychological Association</w:t>
      </w:r>
      <w:r>
        <w:rPr>
          <w:sz w:val="18"/>
        </w:rPr>
        <w:t xml:space="preserve"> (7th ed.). </w:t>
      </w:r>
      <w:hyperlink r:id="rId9" w:history="1">
        <w:r w:rsidR="006C0289" w:rsidRPr="004D1516">
          <w:rPr>
            <w:rStyle w:val="Hyperlink"/>
            <w:sz w:val="18"/>
          </w:rPr>
          <w:t>https://doi.org/10.1037/0000165-000</w:t>
        </w:r>
      </w:hyperlink>
      <w:r w:rsidR="006C0289">
        <w:rPr>
          <w:sz w:val="18"/>
        </w:rPr>
        <w:t xml:space="preserve"> </w:t>
      </w:r>
    </w:p>
    <w:p w14:paraId="6A78151B" w14:textId="25E7DCC8" w:rsidR="00307182" w:rsidRDefault="00000000">
      <w:pPr>
        <w:spacing w:after="0" w:line="480" w:lineRule="auto"/>
        <w:ind w:left="720" w:hanging="720"/>
      </w:pPr>
      <w:r>
        <w:rPr>
          <w:sz w:val="18"/>
        </w:rPr>
        <w:t xml:space="preserve">American Psychological Association. (2021, October 27). </w:t>
      </w:r>
      <w:r>
        <w:rPr>
          <w:i/>
          <w:sz w:val="18"/>
        </w:rPr>
        <w:t>APA Style</w:t>
      </w:r>
      <w:r>
        <w:rPr>
          <w:sz w:val="18"/>
        </w:rPr>
        <w:t xml:space="preserve">. </w:t>
      </w:r>
      <w:hyperlink r:id="rId10" w:history="1">
        <w:r w:rsidR="006C0289" w:rsidRPr="004D1516">
          <w:rPr>
            <w:rStyle w:val="Hyperlink"/>
            <w:sz w:val="18"/>
          </w:rPr>
          <w:t>https://www.apa.org/support/apa-style</w:t>
        </w:r>
      </w:hyperlink>
      <w:r w:rsidR="006C0289">
        <w:rPr>
          <w:sz w:val="18"/>
        </w:rPr>
        <w:t xml:space="preserve"> </w:t>
      </w:r>
    </w:p>
    <w:p w14:paraId="1BCE8AC5" w14:textId="77777777" w:rsidR="00307182" w:rsidRDefault="00000000">
      <w:pPr>
        <w:spacing w:before="80"/>
      </w:pPr>
      <w:r>
        <w:rPr>
          <w:b/>
          <w:color w:val="2D6B2F"/>
          <w:sz w:val="24"/>
        </w:rPr>
        <w:t>Official APA Resources</w:t>
      </w:r>
    </w:p>
    <w:p w14:paraId="5DAE78DD" w14:textId="7818BB1C" w:rsidR="00307182" w:rsidRDefault="00000000">
      <w:pPr>
        <w:spacing w:after="100" w:line="247" w:lineRule="auto"/>
      </w:pPr>
      <w:r>
        <w:rPr>
          <w:sz w:val="18"/>
        </w:rPr>
        <w:t xml:space="preserve">APA Style reference examples: </w:t>
      </w:r>
      <w:hyperlink r:id="rId11" w:history="1">
        <w:r w:rsidR="006C0289" w:rsidRPr="004D1516">
          <w:rPr>
            <w:rStyle w:val="Hyperlink"/>
            <w:sz w:val="18"/>
          </w:rPr>
          <w:t>https://apastyle.apa.org/style-grammar-guidelines/references/examples</w:t>
        </w:r>
      </w:hyperlink>
      <w:r w:rsidR="006C0289">
        <w:rPr>
          <w:sz w:val="18"/>
        </w:rPr>
        <w:t xml:space="preserve"> </w:t>
      </w:r>
    </w:p>
    <w:p w14:paraId="095F9333" w14:textId="298ECA73" w:rsidR="00307182" w:rsidRDefault="00000000">
      <w:pPr>
        <w:spacing w:after="100" w:line="247" w:lineRule="auto"/>
      </w:pPr>
      <w:r>
        <w:rPr>
          <w:sz w:val="18"/>
        </w:rPr>
        <w:t xml:space="preserve">APA Style citation guidance: </w:t>
      </w:r>
      <w:hyperlink r:id="rId12" w:history="1">
        <w:r w:rsidR="006C0289" w:rsidRPr="004D1516">
          <w:rPr>
            <w:rStyle w:val="Hyperlink"/>
            <w:sz w:val="18"/>
          </w:rPr>
          <w:t>https://apastyle.apa.org/style-grammar-guidelines/citations</w:t>
        </w:r>
      </w:hyperlink>
      <w:r w:rsidR="006C0289">
        <w:rPr>
          <w:sz w:val="18"/>
        </w:rPr>
        <w:t xml:space="preserve"> </w:t>
      </w:r>
    </w:p>
    <w:p w14:paraId="329EC7FF" w14:textId="77777777" w:rsidR="00307182" w:rsidRDefault="00000000">
      <w:pPr>
        <w:spacing w:before="80"/>
      </w:pPr>
      <w:r>
        <w:rPr>
          <w:b/>
          <w:color w:val="2D6B2F"/>
          <w:sz w:val="24"/>
        </w:rPr>
        <w:t>Helpful Citation &amp; Reference Tools</w:t>
      </w:r>
    </w:p>
    <w:p w14:paraId="106B4B85" w14:textId="19A7A211" w:rsidR="00307182" w:rsidRDefault="00000000">
      <w:pPr>
        <w:spacing w:after="60"/>
      </w:pPr>
      <w:r>
        <w:rPr>
          <w:b/>
          <w:sz w:val="18"/>
        </w:rPr>
        <w:t>Zotero</w:t>
      </w:r>
      <w:r>
        <w:rPr>
          <w:sz w:val="18"/>
        </w:rPr>
        <w:t xml:space="preserve"> - Reference manager for collecting and organizing sources and inserting citations and bibliographies in Word, LibreOffice, and Google Docs.</w:t>
      </w:r>
      <w:r>
        <w:rPr>
          <w:sz w:val="18"/>
        </w:rPr>
        <w:br/>
      </w:r>
      <w:hyperlink r:id="rId13" w:history="1">
        <w:r w:rsidR="006C0289" w:rsidRPr="004D1516">
          <w:rPr>
            <w:rStyle w:val="Hyperlink"/>
            <w:sz w:val="18"/>
          </w:rPr>
          <w:t>https://www.zotero.org/</w:t>
        </w:r>
      </w:hyperlink>
      <w:r w:rsidR="006C0289">
        <w:rPr>
          <w:sz w:val="18"/>
        </w:rPr>
        <w:t xml:space="preserve"> </w:t>
      </w:r>
    </w:p>
    <w:p w14:paraId="7F3CE489" w14:textId="15D26637" w:rsidR="00307182" w:rsidRDefault="00000000">
      <w:pPr>
        <w:spacing w:after="60"/>
      </w:pPr>
      <w:r>
        <w:rPr>
          <w:b/>
          <w:sz w:val="18"/>
        </w:rPr>
        <w:t>ZoteroBib</w:t>
      </w:r>
      <w:r>
        <w:rPr>
          <w:sz w:val="18"/>
        </w:rPr>
        <w:t xml:space="preserve"> - Free one-off bibliography generator from the Zotero team that can be used without creating an account or installing software.</w:t>
      </w:r>
      <w:r>
        <w:rPr>
          <w:sz w:val="18"/>
        </w:rPr>
        <w:br/>
      </w:r>
      <w:hyperlink r:id="rId14" w:history="1">
        <w:r w:rsidR="006C0289" w:rsidRPr="004D1516">
          <w:rPr>
            <w:rStyle w:val="Hyperlink"/>
            <w:sz w:val="18"/>
          </w:rPr>
          <w:t>https://zbib.org/</w:t>
        </w:r>
      </w:hyperlink>
      <w:r w:rsidR="006C0289">
        <w:rPr>
          <w:sz w:val="18"/>
        </w:rPr>
        <w:t xml:space="preserve"> </w:t>
      </w:r>
    </w:p>
    <w:p w14:paraId="5E1856F3" w14:textId="6696D5E9" w:rsidR="00307182" w:rsidRDefault="00000000">
      <w:r>
        <w:rPr>
          <w:b/>
          <w:sz w:val="18"/>
        </w:rPr>
        <w:t>MyBib</w:t>
      </w:r>
      <w:r>
        <w:rPr>
          <w:sz w:val="18"/>
        </w:rPr>
        <w:t xml:space="preserve"> - Citation and bibliography generator with APA 7 support and export options for Microsoft Word and Google Docs.</w:t>
      </w:r>
      <w:r>
        <w:rPr>
          <w:sz w:val="18"/>
        </w:rPr>
        <w:br/>
      </w:r>
      <w:hyperlink r:id="rId15" w:history="1">
        <w:r w:rsidR="006C0289" w:rsidRPr="004D1516">
          <w:rPr>
            <w:rStyle w:val="Hyperlink"/>
            <w:sz w:val="18"/>
          </w:rPr>
          <w:t>https://www.mybib.com/tools/apa-citation-generator</w:t>
        </w:r>
      </w:hyperlink>
      <w:r w:rsidR="006C0289">
        <w:rPr>
          <w:sz w:val="18"/>
        </w:rPr>
        <w:t xml:space="preserve"> </w:t>
      </w:r>
    </w:p>
    <w:p w14:paraId="66CC99CB" w14:textId="77777777" w:rsidR="00307182" w:rsidRDefault="00000000">
      <w:pPr>
        <w:spacing w:after="100"/>
      </w:pPr>
      <w:r>
        <w:rPr>
          <w:sz w:val="18"/>
        </w:rPr>
        <w:t>Use automated citation tools as a starting point. Verify the final author, date, title, source information, capitalization, italics, and DOI or URL against the original source and current APA guidance before submission.</w:t>
      </w:r>
    </w:p>
    <w:p w14:paraId="5234E1B4" w14:textId="77777777" w:rsidR="00307182" w:rsidRDefault="00000000">
      <w:pPr>
        <w:spacing w:before="80"/>
      </w:pPr>
      <w:r>
        <w:rPr>
          <w:b/>
          <w:color w:val="2D6B2F"/>
          <w:sz w:val="24"/>
        </w:rPr>
        <w:t>Scope of This Tool</w:t>
      </w:r>
    </w:p>
    <w:p w14:paraId="51C391E1" w14:textId="77777777" w:rsidR="00307182" w:rsidRDefault="00000000">
      <w:pPr>
        <w:spacing w:after="100" w:line="247" w:lineRule="auto"/>
      </w:pPr>
      <w:r>
        <w:rPr>
          <w:sz w:val="18"/>
        </w:rPr>
        <w:t>The source-role labels and citation-integrity prompts in this tracker are planning aids for scholarly writing; they are not APA categories or formal evidence-appraisal criteria. Use appropriate appraisal tools when evaluating evidence quality, risk of bias, or strength of recommendations.</w:t>
      </w:r>
    </w:p>
    <w:p w14:paraId="56C03642" w14:textId="77777777" w:rsidR="00307182" w:rsidRDefault="00000000">
      <w:pPr>
        <w:spacing w:before="80"/>
      </w:pPr>
      <w:r>
        <w:rPr>
          <w:b/>
          <w:color w:val="2D6B2F"/>
          <w:sz w:val="24"/>
        </w:rPr>
        <w:t>Educational Use Disclaimer</w:t>
      </w:r>
    </w:p>
    <w:p w14:paraId="26EE73CB" w14:textId="77777777" w:rsidR="00307182" w:rsidRDefault="00000000">
      <w:pPr>
        <w:spacing w:after="100" w:line="247" w:lineRule="auto"/>
      </w:pPr>
      <w:r>
        <w:rPr>
          <w:sz w:val="18"/>
        </w:rPr>
        <w:t>This guide summarizes common APA 7 citation and reference conventions for student use. It is not a substitute for the Publication Manual, official APA Style guidance, course-specific instructions, or faculty requirements. Specialized or unusual source types may require additional rules.</w:t>
      </w:r>
    </w:p>
    <w:p w14:paraId="24DD0937" w14:textId="77777777" w:rsidR="00307182" w:rsidRDefault="00000000">
      <w:pPr>
        <w:spacing w:after="60" w:line="247" w:lineRule="auto"/>
      </w:pPr>
      <w:r>
        <w:rPr>
          <w:sz w:val="17"/>
        </w:rPr>
        <w:t>© 2026 YourDNP.com. Free for personal and educational use. May be adapted for individual coursework or clinical learning. Not for resale or commercial redistribution.</w:t>
      </w:r>
    </w:p>
    <w:p w14:paraId="4EB74DFC" w14:textId="77777777" w:rsidR="00307182" w:rsidRDefault="00000000">
      <w:pPr>
        <w:spacing w:after="0" w:line="247" w:lineRule="auto"/>
      </w:pPr>
      <w:r>
        <w:rPr>
          <w:sz w:val="17"/>
        </w:rPr>
        <w:t>Version 1.4 | August 2026</w:t>
      </w:r>
    </w:p>
    <w:sectPr w:rsidR="00307182" w:rsidSect="0003461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893" w:right="979" w:bottom="893" w:left="979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E45A8" w14:textId="77777777" w:rsidR="004A6C88" w:rsidRDefault="004A6C88">
      <w:pPr>
        <w:spacing w:after="0" w:line="240" w:lineRule="auto"/>
      </w:pPr>
      <w:r>
        <w:separator/>
      </w:r>
    </w:p>
  </w:endnote>
  <w:endnote w:type="continuationSeparator" w:id="0">
    <w:p w14:paraId="798026BD" w14:textId="77777777" w:rsidR="004A6C88" w:rsidRDefault="004A6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330CB" w14:textId="77777777" w:rsidR="00307182" w:rsidRDefault="00000000">
    <w:pPr>
      <w:pStyle w:val="Footer"/>
      <w:jc w:val="center"/>
    </w:pPr>
    <w:r>
      <w:rPr>
        <w:color w:val="66706A"/>
        <w:sz w:val="16"/>
      </w:rPr>
      <w:t xml:space="preserve">Free educational resource from </w:t>
    </w:r>
    <w:proofErr w:type="gramStart"/>
    <w:r>
      <w:rPr>
        <w:color w:val="66706A"/>
        <w:sz w:val="16"/>
      </w:rPr>
      <w:t>YourDNP.com  •</w:t>
    </w:r>
    <w:proofErr w:type="gramEnd"/>
    <w:r>
      <w:rPr>
        <w:color w:val="66706A"/>
        <w:sz w:val="16"/>
      </w:rPr>
      <w:t xml:space="preserve">  Verify requirements with your course syllabus, faculty, and program.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F71A2" w14:textId="77777777" w:rsidR="00307182" w:rsidRDefault="00000000">
    <w:pPr>
      <w:pStyle w:val="Footer"/>
      <w:jc w:val="center"/>
    </w:pPr>
    <w:r>
      <w:rPr>
        <w:color w:val="66706A"/>
        <w:sz w:val="16"/>
      </w:rPr>
      <w:t xml:space="preserve">Free educational resource from </w:t>
    </w:r>
    <w:proofErr w:type="gramStart"/>
    <w:r>
      <w:rPr>
        <w:color w:val="66706A"/>
        <w:sz w:val="16"/>
      </w:rPr>
      <w:t>YourDNP.com  •</w:t>
    </w:r>
    <w:proofErr w:type="gramEnd"/>
    <w:r>
      <w:rPr>
        <w:color w:val="66706A"/>
        <w:sz w:val="16"/>
      </w:rPr>
      <w:t xml:space="preserve">  Verify requirements with your course syllabus, faculty, and program.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390B8" w14:textId="77777777" w:rsidR="00307182" w:rsidRDefault="00000000">
    <w:pPr>
      <w:pStyle w:val="Footer"/>
      <w:jc w:val="center"/>
    </w:pPr>
    <w:r>
      <w:rPr>
        <w:color w:val="66706A"/>
        <w:sz w:val="16"/>
      </w:rPr>
      <w:t xml:space="preserve">Free educational resource from </w:t>
    </w:r>
    <w:proofErr w:type="gramStart"/>
    <w:r>
      <w:rPr>
        <w:color w:val="66706A"/>
        <w:sz w:val="16"/>
      </w:rPr>
      <w:t>YourDNP.com  •</w:t>
    </w:r>
    <w:proofErr w:type="gramEnd"/>
    <w:r>
      <w:rPr>
        <w:color w:val="66706A"/>
        <w:sz w:val="16"/>
      </w:rPr>
      <w:t xml:space="preserve">  Verify requirements with your course syllabus, faculty, and program.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0E511" w14:textId="77777777" w:rsidR="004A6C88" w:rsidRDefault="004A6C88">
      <w:pPr>
        <w:spacing w:after="0" w:line="240" w:lineRule="auto"/>
      </w:pPr>
      <w:r>
        <w:separator/>
      </w:r>
    </w:p>
  </w:footnote>
  <w:footnote w:type="continuationSeparator" w:id="0">
    <w:p w14:paraId="3328C0A0" w14:textId="77777777" w:rsidR="004A6C88" w:rsidRDefault="004A6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9BDB6" w14:textId="77777777" w:rsidR="00307182" w:rsidRDefault="00000000">
    <w:pPr>
      <w:pStyle w:val="Header"/>
      <w:jc w:val="right"/>
    </w:pPr>
    <w:proofErr w:type="gramStart"/>
    <w:r>
      <w:rPr>
        <w:b/>
        <w:color w:val="2B6B27"/>
        <w:sz w:val="18"/>
      </w:rPr>
      <w:t>YourDNP.com</w:t>
    </w:r>
    <w:r>
      <w:rPr>
        <w:color w:val="66706A"/>
        <w:sz w:val="18"/>
      </w:rPr>
      <w:t xml:space="preserve">  |</w:t>
    </w:r>
    <w:proofErr w:type="gramEnd"/>
    <w:r>
      <w:rPr>
        <w:color w:val="66706A"/>
        <w:sz w:val="18"/>
      </w:rPr>
      <w:t xml:space="preserve">  APA 7 Reference Tracker &amp; Citation Guide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2F06B" w14:textId="77777777" w:rsidR="00307182" w:rsidRDefault="00000000">
    <w:pPr>
      <w:pStyle w:val="Header"/>
      <w:jc w:val="right"/>
    </w:pPr>
    <w:proofErr w:type="gramStart"/>
    <w:r>
      <w:rPr>
        <w:b/>
        <w:color w:val="2B6B27"/>
        <w:sz w:val="18"/>
      </w:rPr>
      <w:t>YourDNP.com</w:t>
    </w:r>
    <w:r>
      <w:rPr>
        <w:color w:val="66706A"/>
        <w:sz w:val="18"/>
      </w:rPr>
      <w:t xml:space="preserve">  |</w:t>
    </w:r>
    <w:proofErr w:type="gramEnd"/>
    <w:r>
      <w:rPr>
        <w:color w:val="66706A"/>
        <w:sz w:val="18"/>
      </w:rPr>
      <w:t xml:space="preserve">  APA 7 Reference Tracker &amp; Citation Guide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E9E59" w14:textId="77777777" w:rsidR="00307182" w:rsidRDefault="00000000">
    <w:pPr>
      <w:pStyle w:val="Header"/>
      <w:jc w:val="right"/>
    </w:pPr>
    <w:proofErr w:type="gramStart"/>
    <w:r>
      <w:rPr>
        <w:b/>
        <w:color w:val="2B6B27"/>
        <w:sz w:val="18"/>
      </w:rPr>
      <w:t>YourDNP.com</w:t>
    </w:r>
    <w:r>
      <w:rPr>
        <w:color w:val="66706A"/>
        <w:sz w:val="18"/>
      </w:rPr>
      <w:t xml:space="preserve">  |</w:t>
    </w:r>
    <w:proofErr w:type="gramEnd"/>
    <w:r>
      <w:rPr>
        <w:color w:val="66706A"/>
        <w:sz w:val="18"/>
      </w:rPr>
      <w:t xml:space="preserve">  APA 7 Reference Tracker &amp; Citation Guide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1800859">
    <w:abstractNumId w:val="8"/>
  </w:num>
  <w:num w:numId="2" w16cid:durableId="1150710385">
    <w:abstractNumId w:val="6"/>
  </w:num>
  <w:num w:numId="3" w16cid:durableId="120274143">
    <w:abstractNumId w:val="5"/>
  </w:num>
  <w:num w:numId="4" w16cid:durableId="932398167">
    <w:abstractNumId w:val="4"/>
  </w:num>
  <w:num w:numId="5" w16cid:durableId="1209032107">
    <w:abstractNumId w:val="7"/>
  </w:num>
  <w:num w:numId="6" w16cid:durableId="1189298637">
    <w:abstractNumId w:val="3"/>
  </w:num>
  <w:num w:numId="7" w16cid:durableId="1099907720">
    <w:abstractNumId w:val="2"/>
  </w:num>
  <w:num w:numId="8" w16cid:durableId="460803354">
    <w:abstractNumId w:val="1"/>
  </w:num>
  <w:num w:numId="9" w16cid:durableId="923339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0EDF"/>
    <w:rsid w:val="00307182"/>
    <w:rsid w:val="00326F90"/>
    <w:rsid w:val="004A6C88"/>
    <w:rsid w:val="006C0289"/>
    <w:rsid w:val="00A0704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B2884E"/>
  <w14:defaultImageDpi w14:val="300"/>
  <w15:docId w15:val="{EEA1614E-EC03-A34C-8DCE-8E193C57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20202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2B6B2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2B6B2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pPr>
      <w:spacing w:before="80" w:after="80"/>
      <w:ind w:left="216" w:right="216"/>
    </w:pPr>
    <w:rPr>
      <w:rFonts w:ascii="Aptos" w:hAnsi="Aptos"/>
      <w:color w:val="202020"/>
      <w:sz w:val="19"/>
    </w:rPr>
  </w:style>
  <w:style w:type="character" w:styleId="Hyperlink">
    <w:name w:val="Hyperlink"/>
    <w:basedOn w:val="DefaultParagraphFont"/>
    <w:uiPriority w:val="99"/>
    <w:unhideWhenUsed/>
    <w:rsid w:val="006C028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02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zotero.org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apastyle.apa.org/style-grammar-guidelines/citations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astyle.apa.org/style-grammar-guidelines/references/exampl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ybib.com/tools/apa-citation-generator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apa.org/support/apa-style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doi.org/10.1037/0000165-000" TargetMode="External"/><Relationship Id="rId14" Type="http://schemas.openxmlformats.org/officeDocument/2006/relationships/hyperlink" Target="https://zbib.org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2090</Words>
  <Characters>11914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 7 Reference Tracker &amp; Citation Guide</dc:title>
  <dc:subject>DNP student study planning and learning resource</dc:subject>
  <dc:creator>YourDNP.com</dc:creator>
  <cp:keywords>DNP, study planner, retrieval practice, spaced practice, graduate nursing</cp:keywords>
  <dc:description>generated by python-docx</dc:description>
  <cp:lastModifiedBy>Jean Hopkins</cp:lastModifiedBy>
  <cp:revision>3</cp:revision>
  <dcterms:created xsi:type="dcterms:W3CDTF">2013-12-23T23:15:00Z</dcterms:created>
  <dcterms:modified xsi:type="dcterms:W3CDTF">2026-08-22T17:02:00Z</dcterms:modified>
  <cp:category/>
</cp:coreProperties>
</file>