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1EEAB" w14:textId="77777777" w:rsidR="009A193E" w:rsidRDefault="00000000">
      <w:pPr>
        <w:spacing w:after="0"/>
        <w:jc w:val="center"/>
      </w:pPr>
      <w:r>
        <w:rPr>
          <w:noProof/>
        </w:rPr>
        <w:drawing>
          <wp:inline distT="0" distB="0" distL="0" distR="0" wp14:anchorId="6A108D55" wp14:editId="180AE573">
            <wp:extent cx="2933699" cy="331076"/>
            <wp:effectExtent l="0" t="0" r="0" b="0"/>
            <wp:docPr id="1" name="Picture 1" descr="YourDNP.com logo" title="YourDNP.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2933699" cy="331076"/>
                    </a:xfrm>
                    <a:prstGeom prst="rect">
                      <a:avLst/>
                    </a:prstGeom>
                  </pic:spPr>
                </pic:pic>
              </a:graphicData>
            </a:graphic>
          </wp:inline>
        </w:drawing>
      </w:r>
    </w:p>
    <w:p w14:paraId="3E7DC6C0" w14:textId="77777777" w:rsidR="009A193E" w:rsidRDefault="00000000">
      <w:pPr>
        <w:spacing w:after="60"/>
        <w:jc w:val="center"/>
      </w:pPr>
      <w:r>
        <w:rPr>
          <w:rFonts w:ascii="EB Garamond" w:hAnsi="EB Garamond"/>
          <w:b/>
          <w:sz w:val="54"/>
        </w:rPr>
        <w:t>PICOT Question &amp; Literature Search Toolkit</w:t>
      </w:r>
    </w:p>
    <w:p w14:paraId="7A3E892A" w14:textId="77777777" w:rsidR="009A193E" w:rsidRDefault="00000000">
      <w:pPr>
        <w:spacing w:after="240"/>
        <w:jc w:val="center"/>
      </w:pPr>
      <w:r>
        <w:rPr>
          <w:color w:val="66706A"/>
          <w:sz w:val="22"/>
        </w:rPr>
        <w:t>Develop a focused clinical question, translate it into database concepts, and document a reproducible search.</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232"/>
        <w:gridCol w:w="7128"/>
      </w:tblGrid>
      <w:tr w:rsidR="009A193E" w14:paraId="1CE55B76" w14:textId="77777777">
        <w:trPr>
          <w:jc w:val="center"/>
        </w:trPr>
        <w:tc>
          <w:tcPr>
            <w:tcW w:w="2232" w:type="dxa"/>
            <w:shd w:val="clear" w:color="auto" w:fill="EEF5ED"/>
            <w:tcMar>
              <w:top w:w="80" w:type="dxa"/>
              <w:left w:w="100" w:type="dxa"/>
              <w:bottom w:w="80" w:type="dxa"/>
              <w:right w:w="100" w:type="dxa"/>
            </w:tcMar>
          </w:tcPr>
          <w:p w14:paraId="4C211328" w14:textId="77777777" w:rsidR="009A193E" w:rsidRDefault="00000000">
            <w:r>
              <w:rPr>
                <w:b/>
                <w:color w:val="2B6B27"/>
                <w:sz w:val="19"/>
              </w:rPr>
              <w:t>Student</w:t>
            </w:r>
          </w:p>
        </w:tc>
        <w:tc>
          <w:tcPr>
            <w:tcW w:w="7128" w:type="dxa"/>
            <w:tcMar>
              <w:top w:w="80" w:type="dxa"/>
              <w:left w:w="100" w:type="dxa"/>
              <w:bottom w:w="80" w:type="dxa"/>
              <w:right w:w="100" w:type="dxa"/>
            </w:tcMar>
          </w:tcPr>
          <w:p w14:paraId="2BE8CBF6" w14:textId="1EE32115" w:rsidR="009A193E" w:rsidRDefault="009A193E"/>
        </w:tc>
      </w:tr>
      <w:tr w:rsidR="009A193E" w14:paraId="7B451A3F" w14:textId="77777777">
        <w:trPr>
          <w:jc w:val="center"/>
        </w:trPr>
        <w:tc>
          <w:tcPr>
            <w:tcW w:w="2232" w:type="dxa"/>
            <w:shd w:val="clear" w:color="auto" w:fill="EEF5ED"/>
            <w:tcMar>
              <w:top w:w="80" w:type="dxa"/>
              <w:left w:w="100" w:type="dxa"/>
              <w:bottom w:w="80" w:type="dxa"/>
              <w:right w:w="100" w:type="dxa"/>
            </w:tcMar>
          </w:tcPr>
          <w:p w14:paraId="25F26F19" w14:textId="77777777" w:rsidR="009A193E" w:rsidRDefault="00000000">
            <w:r>
              <w:rPr>
                <w:b/>
                <w:color w:val="2B6B27"/>
                <w:sz w:val="19"/>
              </w:rPr>
              <w:t>Course</w:t>
            </w:r>
          </w:p>
        </w:tc>
        <w:tc>
          <w:tcPr>
            <w:tcW w:w="7128" w:type="dxa"/>
            <w:tcMar>
              <w:top w:w="80" w:type="dxa"/>
              <w:left w:w="100" w:type="dxa"/>
              <w:bottom w:w="80" w:type="dxa"/>
              <w:right w:w="100" w:type="dxa"/>
            </w:tcMar>
          </w:tcPr>
          <w:p w14:paraId="609CD285" w14:textId="0A78DFED" w:rsidR="009A193E" w:rsidRDefault="009A193E"/>
        </w:tc>
      </w:tr>
      <w:tr w:rsidR="009A193E" w14:paraId="6FE56C05" w14:textId="77777777">
        <w:trPr>
          <w:jc w:val="center"/>
        </w:trPr>
        <w:tc>
          <w:tcPr>
            <w:tcW w:w="2232" w:type="dxa"/>
            <w:shd w:val="clear" w:color="auto" w:fill="EEF5ED"/>
            <w:tcMar>
              <w:top w:w="80" w:type="dxa"/>
              <w:left w:w="100" w:type="dxa"/>
              <w:bottom w:w="80" w:type="dxa"/>
              <w:right w:w="100" w:type="dxa"/>
            </w:tcMar>
          </w:tcPr>
          <w:p w14:paraId="250CCC3D" w14:textId="77777777" w:rsidR="009A193E" w:rsidRDefault="00000000">
            <w:r>
              <w:rPr>
                <w:b/>
                <w:color w:val="2B6B27"/>
                <w:sz w:val="19"/>
              </w:rPr>
              <w:t>Faculty / Preceptor</w:t>
            </w:r>
          </w:p>
        </w:tc>
        <w:tc>
          <w:tcPr>
            <w:tcW w:w="7128" w:type="dxa"/>
            <w:tcMar>
              <w:top w:w="80" w:type="dxa"/>
              <w:left w:w="100" w:type="dxa"/>
              <w:bottom w:w="80" w:type="dxa"/>
              <w:right w:w="100" w:type="dxa"/>
            </w:tcMar>
          </w:tcPr>
          <w:p w14:paraId="7704029E" w14:textId="5A33418A" w:rsidR="009A193E" w:rsidRDefault="009A193E"/>
        </w:tc>
      </w:tr>
      <w:tr w:rsidR="009A193E" w14:paraId="79ACC138" w14:textId="77777777">
        <w:trPr>
          <w:jc w:val="center"/>
        </w:trPr>
        <w:tc>
          <w:tcPr>
            <w:tcW w:w="2232" w:type="dxa"/>
            <w:shd w:val="clear" w:color="auto" w:fill="EEF5ED"/>
            <w:tcMar>
              <w:top w:w="80" w:type="dxa"/>
              <w:left w:w="100" w:type="dxa"/>
              <w:bottom w:w="80" w:type="dxa"/>
              <w:right w:w="100" w:type="dxa"/>
            </w:tcMar>
          </w:tcPr>
          <w:p w14:paraId="4F6DE923" w14:textId="77777777" w:rsidR="009A193E" w:rsidRDefault="00000000">
            <w:r>
              <w:rPr>
                <w:b/>
                <w:color w:val="2B6B27"/>
                <w:sz w:val="19"/>
              </w:rPr>
              <w:t>Date started</w:t>
            </w:r>
          </w:p>
        </w:tc>
        <w:tc>
          <w:tcPr>
            <w:tcW w:w="7128" w:type="dxa"/>
            <w:tcMar>
              <w:top w:w="80" w:type="dxa"/>
              <w:left w:w="100" w:type="dxa"/>
              <w:bottom w:w="80" w:type="dxa"/>
              <w:right w:w="100" w:type="dxa"/>
            </w:tcMar>
          </w:tcPr>
          <w:p w14:paraId="4695BE27" w14:textId="7B663F0B" w:rsidR="009A193E" w:rsidRDefault="009A193E"/>
        </w:tc>
      </w:tr>
    </w:tbl>
    <w:p w14:paraId="737D867D" w14:textId="77777777" w:rsidR="009A193E" w:rsidRDefault="00000000">
      <w:pPr>
        <w:spacing w:before="140" w:after="80"/>
      </w:pPr>
      <w:r>
        <w:rPr>
          <w:b/>
          <w:color w:val="2B6B27"/>
          <w:sz w:val="23"/>
        </w:rPr>
        <w:t>How to Use This Toolkit</w:t>
      </w:r>
    </w:p>
    <w:p w14:paraId="319D6112" w14:textId="77777777" w:rsidR="009A193E" w:rsidRDefault="00000000">
      <w:pPr>
        <w:spacing w:after="40"/>
        <w:ind w:left="216" w:hanging="216"/>
      </w:pPr>
      <w:r>
        <w:rPr>
          <w:b/>
          <w:color w:val="2B6B27"/>
          <w:sz w:val="19"/>
        </w:rPr>
        <w:t xml:space="preserve">1. </w:t>
      </w:r>
      <w:r>
        <w:rPr>
          <w:sz w:val="19"/>
        </w:rPr>
        <w:t>Define the practice problem before writing the PICOT question.</w:t>
      </w:r>
    </w:p>
    <w:p w14:paraId="7DA1CC86" w14:textId="77777777" w:rsidR="009A193E" w:rsidRDefault="00000000">
      <w:pPr>
        <w:spacing w:after="40"/>
        <w:ind w:left="216" w:hanging="216"/>
      </w:pPr>
      <w:r>
        <w:rPr>
          <w:b/>
          <w:color w:val="2B6B27"/>
          <w:sz w:val="19"/>
        </w:rPr>
        <w:t xml:space="preserve">2. </w:t>
      </w:r>
      <w:r>
        <w:rPr>
          <w:sz w:val="19"/>
        </w:rPr>
        <w:t>Draft each PICOT component and confirm that the outcome is measurable.</w:t>
      </w:r>
    </w:p>
    <w:p w14:paraId="43301A7B" w14:textId="77777777" w:rsidR="009A193E" w:rsidRDefault="00000000">
      <w:pPr>
        <w:spacing w:after="40"/>
        <w:ind w:left="216" w:hanging="216"/>
      </w:pPr>
      <w:r>
        <w:rPr>
          <w:b/>
          <w:color w:val="2B6B27"/>
          <w:sz w:val="19"/>
        </w:rPr>
        <w:t xml:space="preserve">3. </w:t>
      </w:r>
      <w:r>
        <w:rPr>
          <w:sz w:val="19"/>
        </w:rPr>
        <w:t>Translate the question into searchable concepts, keywords, and database-specific subject headings.</w:t>
      </w:r>
    </w:p>
    <w:p w14:paraId="2774A672" w14:textId="77777777" w:rsidR="009A193E" w:rsidRDefault="00000000">
      <w:pPr>
        <w:spacing w:after="40"/>
        <w:ind w:left="216" w:hanging="216"/>
      </w:pPr>
      <w:r>
        <w:rPr>
          <w:b/>
          <w:color w:val="2B6B27"/>
          <w:sz w:val="19"/>
        </w:rPr>
        <w:t xml:space="preserve">4. </w:t>
      </w:r>
      <w:r>
        <w:rPr>
          <w:sz w:val="19"/>
        </w:rPr>
        <w:t>Document each database search exactly as performed, including filters, dates, and result counts.</w:t>
      </w:r>
    </w:p>
    <w:p w14:paraId="41221B03" w14:textId="77777777" w:rsidR="009A193E" w:rsidRDefault="00000000">
      <w:pPr>
        <w:spacing w:after="40"/>
        <w:ind w:left="216" w:hanging="216"/>
      </w:pPr>
      <w:r>
        <w:rPr>
          <w:b/>
          <w:color w:val="2B6B27"/>
          <w:sz w:val="19"/>
        </w:rPr>
        <w:t xml:space="preserve">5. </w:t>
      </w:r>
      <w:r>
        <w:rPr>
          <w:sz w:val="19"/>
        </w:rPr>
        <w:t>Revise the search strategy when it is too broad, too narrow, or misses key literature.</w:t>
      </w:r>
    </w:p>
    <w:p w14:paraId="54731363" w14:textId="77777777" w:rsidR="009A193E" w:rsidRDefault="00000000">
      <w:pPr>
        <w:spacing w:after="40"/>
        <w:ind w:left="216" w:hanging="216"/>
      </w:pPr>
      <w:r>
        <w:rPr>
          <w:b/>
          <w:color w:val="2B6B27"/>
          <w:sz w:val="19"/>
        </w:rPr>
        <w:t xml:space="preserve">6. </w:t>
      </w:r>
      <w:r>
        <w:rPr>
          <w:sz w:val="19"/>
        </w:rPr>
        <w:t>Insert screenshots when required by your assignment and retain the final search history.</w:t>
      </w:r>
    </w:p>
    <w:p w14:paraId="5DBB99E0" w14:textId="77777777" w:rsidR="009A193E" w:rsidRDefault="00000000">
      <w:r>
        <w:br w:type="page"/>
      </w:r>
    </w:p>
    <w:p w14:paraId="010B0936" w14:textId="77777777" w:rsidR="009A193E" w:rsidRDefault="00000000">
      <w:pPr>
        <w:pBdr>
          <w:bottom w:val="single" w:sz="8" w:space="3" w:color="2B6B27"/>
        </w:pBdr>
        <w:spacing w:before="80" w:after="160"/>
      </w:pPr>
      <w:r>
        <w:rPr>
          <w:rFonts w:ascii="EB Garamond" w:hAnsi="EB Garamond"/>
          <w:b/>
          <w:color w:val="2B6B27"/>
          <w:sz w:val="34"/>
        </w:rPr>
        <w:lastRenderedPageBreak/>
        <w:t xml:space="preserve">1. </w:t>
      </w:r>
      <w:r>
        <w:rPr>
          <w:rFonts w:ascii="EB Garamond" w:hAnsi="EB Garamond"/>
          <w:b/>
          <w:sz w:val="34"/>
        </w:rPr>
        <w:t>Practice Problem and Clinical Significance</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952"/>
        <w:gridCol w:w="6480"/>
      </w:tblGrid>
      <w:tr w:rsidR="009A193E" w14:paraId="4EE3CD07" w14:textId="77777777">
        <w:trPr>
          <w:jc w:val="center"/>
        </w:trPr>
        <w:tc>
          <w:tcPr>
            <w:tcW w:w="2952" w:type="dxa"/>
            <w:shd w:val="clear" w:color="auto" w:fill="EEF5ED"/>
            <w:tcMar>
              <w:top w:w="110" w:type="dxa"/>
              <w:left w:w="110" w:type="dxa"/>
              <w:bottom w:w="110" w:type="dxa"/>
              <w:right w:w="110" w:type="dxa"/>
            </w:tcMar>
          </w:tcPr>
          <w:p w14:paraId="1F6D0023" w14:textId="77777777" w:rsidR="009A193E" w:rsidRDefault="00000000">
            <w:r>
              <w:rPr>
                <w:b/>
                <w:color w:val="2B6B27"/>
                <w:sz w:val="18"/>
              </w:rPr>
              <w:t>Practice problem</w:t>
            </w:r>
          </w:p>
        </w:tc>
        <w:tc>
          <w:tcPr>
            <w:tcW w:w="6480" w:type="dxa"/>
            <w:tcMar>
              <w:top w:w="110" w:type="dxa"/>
              <w:left w:w="110" w:type="dxa"/>
              <w:bottom w:w="110" w:type="dxa"/>
              <w:right w:w="110" w:type="dxa"/>
            </w:tcMar>
          </w:tcPr>
          <w:p w14:paraId="33AAF5F0" w14:textId="77777777" w:rsidR="009A193E" w:rsidRDefault="00000000">
            <w:r>
              <w:rPr>
                <w:color w:val="66706A"/>
                <w:sz w:val="17"/>
              </w:rPr>
              <w:t>What clinical, workflow, population-health, or systems problem are you trying to address?</w:t>
            </w:r>
          </w:p>
          <w:p w14:paraId="40A9D882" w14:textId="77777777" w:rsidR="009A193E" w:rsidRDefault="00000000">
            <w:r>
              <w:br/>
            </w:r>
            <w:r>
              <w:br/>
            </w:r>
          </w:p>
        </w:tc>
      </w:tr>
      <w:tr w:rsidR="009A193E" w14:paraId="30C64CFF" w14:textId="77777777">
        <w:trPr>
          <w:jc w:val="center"/>
        </w:trPr>
        <w:tc>
          <w:tcPr>
            <w:tcW w:w="2952" w:type="dxa"/>
            <w:shd w:val="clear" w:color="auto" w:fill="EEF5ED"/>
            <w:tcMar>
              <w:top w:w="110" w:type="dxa"/>
              <w:left w:w="110" w:type="dxa"/>
              <w:bottom w:w="110" w:type="dxa"/>
              <w:right w:w="110" w:type="dxa"/>
            </w:tcMar>
          </w:tcPr>
          <w:p w14:paraId="143D66F4" w14:textId="77777777" w:rsidR="009A193E" w:rsidRDefault="00000000">
            <w:r>
              <w:rPr>
                <w:b/>
                <w:color w:val="2B6B27"/>
                <w:sz w:val="18"/>
              </w:rPr>
              <w:t>Who is affected?</w:t>
            </w:r>
          </w:p>
        </w:tc>
        <w:tc>
          <w:tcPr>
            <w:tcW w:w="6480" w:type="dxa"/>
            <w:tcMar>
              <w:top w:w="110" w:type="dxa"/>
              <w:left w:w="110" w:type="dxa"/>
              <w:bottom w:w="110" w:type="dxa"/>
              <w:right w:w="110" w:type="dxa"/>
            </w:tcMar>
          </w:tcPr>
          <w:p w14:paraId="12A35737" w14:textId="52EAD61B" w:rsidR="009A193E" w:rsidRDefault="008A0B66">
            <w:r>
              <w:rPr>
                <w:color w:val="66706A"/>
                <w:sz w:val="17"/>
              </w:rPr>
              <w:t xml:space="preserve">What </w:t>
            </w:r>
            <w:r>
              <w:rPr>
                <w:color w:val="66706A"/>
                <w:sz w:val="17"/>
              </w:rPr>
              <w:t>population or group are you addressing</w:t>
            </w:r>
            <w:r>
              <w:rPr>
                <w:color w:val="66706A"/>
                <w:sz w:val="17"/>
              </w:rPr>
              <w:t>?</w:t>
            </w:r>
          </w:p>
          <w:p w14:paraId="1F5591C7" w14:textId="77777777" w:rsidR="009A193E" w:rsidRDefault="00000000">
            <w:r>
              <w:br/>
            </w:r>
            <w:r>
              <w:br/>
            </w:r>
          </w:p>
        </w:tc>
      </w:tr>
      <w:tr w:rsidR="009A193E" w14:paraId="739777D3" w14:textId="77777777">
        <w:trPr>
          <w:jc w:val="center"/>
        </w:trPr>
        <w:tc>
          <w:tcPr>
            <w:tcW w:w="2952" w:type="dxa"/>
            <w:shd w:val="clear" w:color="auto" w:fill="EEF5ED"/>
            <w:tcMar>
              <w:top w:w="110" w:type="dxa"/>
              <w:left w:w="110" w:type="dxa"/>
              <w:bottom w:w="110" w:type="dxa"/>
              <w:right w:w="110" w:type="dxa"/>
            </w:tcMar>
          </w:tcPr>
          <w:p w14:paraId="428493F9" w14:textId="77777777" w:rsidR="009A193E" w:rsidRDefault="00000000">
            <w:r>
              <w:rPr>
                <w:b/>
                <w:color w:val="2B6B27"/>
                <w:sz w:val="18"/>
              </w:rPr>
              <w:t>Evidence or observations</w:t>
            </w:r>
          </w:p>
        </w:tc>
        <w:tc>
          <w:tcPr>
            <w:tcW w:w="6480" w:type="dxa"/>
            <w:tcMar>
              <w:top w:w="110" w:type="dxa"/>
              <w:left w:w="110" w:type="dxa"/>
              <w:bottom w:w="110" w:type="dxa"/>
              <w:right w:w="110" w:type="dxa"/>
            </w:tcMar>
          </w:tcPr>
          <w:p w14:paraId="732DA047" w14:textId="77777777" w:rsidR="009A193E" w:rsidRDefault="00000000">
            <w:r>
              <w:rPr>
                <w:color w:val="66706A"/>
                <w:sz w:val="17"/>
              </w:rPr>
              <w:t>What evidence, data, or observations suggest a problem exists?</w:t>
            </w:r>
          </w:p>
          <w:p w14:paraId="386AC86B" w14:textId="77777777" w:rsidR="009A193E" w:rsidRDefault="00000000">
            <w:r>
              <w:br/>
            </w:r>
            <w:r>
              <w:br/>
            </w:r>
          </w:p>
        </w:tc>
      </w:tr>
      <w:tr w:rsidR="009A193E" w14:paraId="0FD49A3B" w14:textId="77777777">
        <w:trPr>
          <w:jc w:val="center"/>
        </w:trPr>
        <w:tc>
          <w:tcPr>
            <w:tcW w:w="2952" w:type="dxa"/>
            <w:shd w:val="clear" w:color="auto" w:fill="EEF5ED"/>
            <w:tcMar>
              <w:top w:w="110" w:type="dxa"/>
              <w:left w:w="110" w:type="dxa"/>
              <w:bottom w:w="110" w:type="dxa"/>
              <w:right w:w="110" w:type="dxa"/>
            </w:tcMar>
          </w:tcPr>
          <w:p w14:paraId="14DCDA62" w14:textId="77777777" w:rsidR="009A193E" w:rsidRDefault="00000000">
            <w:r>
              <w:rPr>
                <w:b/>
                <w:color w:val="2B6B27"/>
                <w:sz w:val="18"/>
              </w:rPr>
              <w:t>Potential consequences</w:t>
            </w:r>
          </w:p>
        </w:tc>
        <w:tc>
          <w:tcPr>
            <w:tcW w:w="6480" w:type="dxa"/>
            <w:tcMar>
              <w:top w:w="110" w:type="dxa"/>
              <w:left w:w="110" w:type="dxa"/>
              <w:bottom w:w="110" w:type="dxa"/>
              <w:right w:w="110" w:type="dxa"/>
            </w:tcMar>
          </w:tcPr>
          <w:p w14:paraId="77B29779" w14:textId="77777777" w:rsidR="009A193E" w:rsidRDefault="00000000">
            <w:r>
              <w:rPr>
                <w:color w:val="66706A"/>
                <w:sz w:val="17"/>
              </w:rPr>
              <w:t>What could happen if the problem persists?</w:t>
            </w:r>
          </w:p>
          <w:p w14:paraId="1969EDCD" w14:textId="77777777" w:rsidR="009A193E" w:rsidRDefault="00000000">
            <w:r>
              <w:br/>
            </w:r>
            <w:r>
              <w:br/>
            </w:r>
          </w:p>
        </w:tc>
      </w:tr>
      <w:tr w:rsidR="009A193E" w14:paraId="48A18AE1" w14:textId="77777777">
        <w:trPr>
          <w:jc w:val="center"/>
        </w:trPr>
        <w:tc>
          <w:tcPr>
            <w:tcW w:w="2952" w:type="dxa"/>
            <w:shd w:val="clear" w:color="auto" w:fill="EEF5ED"/>
            <w:tcMar>
              <w:top w:w="110" w:type="dxa"/>
              <w:left w:w="110" w:type="dxa"/>
              <w:bottom w:w="110" w:type="dxa"/>
              <w:right w:w="110" w:type="dxa"/>
            </w:tcMar>
          </w:tcPr>
          <w:p w14:paraId="6A2D8B38" w14:textId="77777777" w:rsidR="009A193E" w:rsidRDefault="00000000">
            <w:r>
              <w:rPr>
                <w:b/>
                <w:color w:val="2B6B27"/>
                <w:sz w:val="18"/>
              </w:rPr>
              <w:t>Setting or context</w:t>
            </w:r>
          </w:p>
        </w:tc>
        <w:tc>
          <w:tcPr>
            <w:tcW w:w="6480" w:type="dxa"/>
            <w:tcMar>
              <w:top w:w="110" w:type="dxa"/>
              <w:left w:w="110" w:type="dxa"/>
              <w:bottom w:w="110" w:type="dxa"/>
              <w:right w:w="110" w:type="dxa"/>
            </w:tcMar>
          </w:tcPr>
          <w:p w14:paraId="7042CF9D" w14:textId="77777777" w:rsidR="009A193E" w:rsidRDefault="00000000">
            <w:r>
              <w:rPr>
                <w:color w:val="66706A"/>
                <w:sz w:val="17"/>
              </w:rPr>
              <w:t>What setting or context should be considered?</w:t>
            </w:r>
          </w:p>
          <w:p w14:paraId="4E23A5EE" w14:textId="77777777" w:rsidR="009A193E" w:rsidRDefault="00000000">
            <w:r>
              <w:br/>
            </w:r>
            <w:r>
              <w:br/>
            </w:r>
          </w:p>
        </w:tc>
      </w:tr>
    </w:tbl>
    <w:p w14:paraId="7859B765" w14:textId="77777777" w:rsidR="009A193E" w:rsidRDefault="00000000">
      <w:r>
        <w:br w:type="page"/>
      </w:r>
    </w:p>
    <w:p w14:paraId="24DD9FD8" w14:textId="77777777" w:rsidR="009A193E" w:rsidRDefault="00000000">
      <w:pPr>
        <w:pBdr>
          <w:bottom w:val="single" w:sz="8" w:space="3" w:color="2B6B27"/>
        </w:pBdr>
        <w:spacing w:before="80" w:after="160"/>
      </w:pPr>
      <w:r>
        <w:rPr>
          <w:rFonts w:ascii="EB Garamond" w:hAnsi="EB Garamond"/>
          <w:b/>
          <w:color w:val="2B6B27"/>
          <w:sz w:val="34"/>
        </w:rPr>
        <w:lastRenderedPageBreak/>
        <w:t xml:space="preserve">2. </w:t>
      </w:r>
      <w:r>
        <w:rPr>
          <w:rFonts w:ascii="EB Garamond" w:hAnsi="EB Garamond"/>
          <w:b/>
          <w:sz w:val="34"/>
        </w:rPr>
        <w:t>Build the PICOT Question</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640"/>
        <w:gridCol w:w="2790"/>
        <w:gridCol w:w="3330"/>
        <w:gridCol w:w="3722"/>
      </w:tblGrid>
      <w:tr w:rsidR="009A193E" w14:paraId="1624F0F3" w14:textId="77777777" w:rsidTr="008A0B66">
        <w:trPr>
          <w:tblHeader/>
          <w:jc w:val="center"/>
        </w:trPr>
        <w:tc>
          <w:tcPr>
            <w:tcW w:w="640" w:type="dxa"/>
            <w:shd w:val="clear" w:color="auto" w:fill="2B6B27"/>
            <w:tcMar>
              <w:top w:w="80" w:type="dxa"/>
              <w:left w:w="100" w:type="dxa"/>
              <w:bottom w:w="80" w:type="dxa"/>
              <w:right w:w="100" w:type="dxa"/>
            </w:tcMar>
          </w:tcPr>
          <w:p w14:paraId="6549E893" w14:textId="77777777" w:rsidR="009A193E" w:rsidRDefault="009A193E"/>
        </w:tc>
        <w:tc>
          <w:tcPr>
            <w:tcW w:w="2790" w:type="dxa"/>
            <w:shd w:val="clear" w:color="auto" w:fill="2B6B27"/>
            <w:tcMar>
              <w:top w:w="80" w:type="dxa"/>
              <w:left w:w="100" w:type="dxa"/>
              <w:bottom w:w="80" w:type="dxa"/>
              <w:right w:w="100" w:type="dxa"/>
            </w:tcMar>
          </w:tcPr>
          <w:p w14:paraId="5F6C37B3" w14:textId="77777777" w:rsidR="009A193E" w:rsidRDefault="00000000">
            <w:r>
              <w:rPr>
                <w:b/>
                <w:color w:val="FFFFFF"/>
                <w:sz w:val="17"/>
              </w:rPr>
              <w:t>Guiding question</w:t>
            </w:r>
          </w:p>
        </w:tc>
        <w:tc>
          <w:tcPr>
            <w:tcW w:w="3330" w:type="dxa"/>
            <w:shd w:val="clear" w:color="auto" w:fill="2B6B27"/>
            <w:tcMar>
              <w:top w:w="80" w:type="dxa"/>
              <w:left w:w="100" w:type="dxa"/>
              <w:bottom w:w="80" w:type="dxa"/>
              <w:right w:w="100" w:type="dxa"/>
            </w:tcMar>
          </w:tcPr>
          <w:p w14:paraId="55A1C83C" w14:textId="77777777" w:rsidR="009A193E" w:rsidRDefault="00000000">
            <w:r>
              <w:rPr>
                <w:b/>
                <w:color w:val="FFFFFF"/>
                <w:sz w:val="17"/>
              </w:rPr>
              <w:t>Your project component</w:t>
            </w:r>
          </w:p>
        </w:tc>
        <w:tc>
          <w:tcPr>
            <w:tcW w:w="3722" w:type="dxa"/>
            <w:shd w:val="clear" w:color="auto" w:fill="2B6B27"/>
            <w:tcMar>
              <w:top w:w="80" w:type="dxa"/>
              <w:left w:w="100" w:type="dxa"/>
              <w:bottom w:w="80" w:type="dxa"/>
              <w:right w:w="100" w:type="dxa"/>
            </w:tcMar>
          </w:tcPr>
          <w:p w14:paraId="3A8B8974" w14:textId="77777777" w:rsidR="009A193E" w:rsidRDefault="00000000">
            <w:r>
              <w:rPr>
                <w:b/>
                <w:color w:val="FFFFFF"/>
                <w:sz w:val="17"/>
              </w:rPr>
              <w:t>Notes / refinements</w:t>
            </w:r>
          </w:p>
        </w:tc>
      </w:tr>
      <w:tr w:rsidR="009A193E" w14:paraId="7C8B33BF" w14:textId="77777777" w:rsidTr="008A0B66">
        <w:trPr>
          <w:jc w:val="center"/>
        </w:trPr>
        <w:tc>
          <w:tcPr>
            <w:tcW w:w="640" w:type="dxa"/>
            <w:shd w:val="clear" w:color="auto" w:fill="EEF5ED"/>
            <w:tcMar>
              <w:top w:w="80" w:type="dxa"/>
              <w:left w:w="100" w:type="dxa"/>
              <w:bottom w:w="80" w:type="dxa"/>
              <w:right w:w="100" w:type="dxa"/>
            </w:tcMar>
          </w:tcPr>
          <w:p w14:paraId="223C4A89" w14:textId="77777777" w:rsidR="009A193E" w:rsidRDefault="00000000">
            <w:r>
              <w:rPr>
                <w:b/>
                <w:color w:val="2B6B27"/>
                <w:sz w:val="22"/>
              </w:rPr>
              <w:t>P</w:t>
            </w:r>
          </w:p>
        </w:tc>
        <w:tc>
          <w:tcPr>
            <w:tcW w:w="2790" w:type="dxa"/>
            <w:tcMar>
              <w:top w:w="80" w:type="dxa"/>
              <w:left w:w="100" w:type="dxa"/>
              <w:bottom w:w="80" w:type="dxa"/>
              <w:right w:w="100" w:type="dxa"/>
            </w:tcMar>
          </w:tcPr>
          <w:p w14:paraId="7E041C58" w14:textId="77777777" w:rsidR="009A193E" w:rsidRDefault="00000000">
            <w:r>
              <w:rPr>
                <w:sz w:val="17"/>
              </w:rPr>
              <w:t>Who is the patient, population, or problem?</w:t>
            </w:r>
          </w:p>
        </w:tc>
        <w:tc>
          <w:tcPr>
            <w:tcW w:w="3330" w:type="dxa"/>
            <w:tcMar>
              <w:top w:w="80" w:type="dxa"/>
              <w:left w:w="100" w:type="dxa"/>
              <w:bottom w:w="80" w:type="dxa"/>
              <w:right w:w="100" w:type="dxa"/>
            </w:tcMar>
          </w:tcPr>
          <w:p w14:paraId="7EC04D1B" w14:textId="77777777" w:rsidR="009A193E" w:rsidRDefault="009A193E"/>
          <w:p w14:paraId="325B0FCD" w14:textId="77777777" w:rsidR="009A193E" w:rsidRDefault="00000000">
            <w:r>
              <w:br/>
            </w:r>
          </w:p>
        </w:tc>
        <w:tc>
          <w:tcPr>
            <w:tcW w:w="3722" w:type="dxa"/>
            <w:tcMar>
              <w:top w:w="80" w:type="dxa"/>
              <w:left w:w="100" w:type="dxa"/>
              <w:bottom w:w="80" w:type="dxa"/>
              <w:right w:w="100" w:type="dxa"/>
            </w:tcMar>
          </w:tcPr>
          <w:p w14:paraId="6A7A0336" w14:textId="77777777" w:rsidR="009A193E" w:rsidRDefault="009A193E"/>
          <w:p w14:paraId="65DA235A" w14:textId="77777777" w:rsidR="009A193E" w:rsidRDefault="00000000">
            <w:r>
              <w:br/>
            </w:r>
          </w:p>
        </w:tc>
      </w:tr>
      <w:tr w:rsidR="009A193E" w14:paraId="2DC43DAE" w14:textId="77777777" w:rsidTr="008A0B66">
        <w:trPr>
          <w:jc w:val="center"/>
        </w:trPr>
        <w:tc>
          <w:tcPr>
            <w:tcW w:w="640" w:type="dxa"/>
            <w:shd w:val="clear" w:color="auto" w:fill="EEF5ED"/>
            <w:tcMar>
              <w:top w:w="80" w:type="dxa"/>
              <w:left w:w="100" w:type="dxa"/>
              <w:bottom w:w="80" w:type="dxa"/>
              <w:right w:w="100" w:type="dxa"/>
            </w:tcMar>
          </w:tcPr>
          <w:p w14:paraId="034D107D" w14:textId="77777777" w:rsidR="009A193E" w:rsidRDefault="00000000">
            <w:r>
              <w:rPr>
                <w:b/>
                <w:color w:val="2B6B27"/>
                <w:sz w:val="22"/>
              </w:rPr>
              <w:t>I</w:t>
            </w:r>
          </w:p>
        </w:tc>
        <w:tc>
          <w:tcPr>
            <w:tcW w:w="2790" w:type="dxa"/>
            <w:tcMar>
              <w:top w:w="80" w:type="dxa"/>
              <w:left w:w="100" w:type="dxa"/>
              <w:bottom w:w="80" w:type="dxa"/>
              <w:right w:w="100" w:type="dxa"/>
            </w:tcMar>
          </w:tcPr>
          <w:p w14:paraId="3E7E46AE" w14:textId="77777777" w:rsidR="009A193E" w:rsidRDefault="00000000">
            <w:r>
              <w:rPr>
                <w:sz w:val="17"/>
              </w:rPr>
              <w:t>What intervention or practice change will be evaluated?</w:t>
            </w:r>
          </w:p>
        </w:tc>
        <w:tc>
          <w:tcPr>
            <w:tcW w:w="3330" w:type="dxa"/>
            <w:tcMar>
              <w:top w:w="80" w:type="dxa"/>
              <w:left w:w="100" w:type="dxa"/>
              <w:bottom w:w="80" w:type="dxa"/>
              <w:right w:w="100" w:type="dxa"/>
            </w:tcMar>
          </w:tcPr>
          <w:p w14:paraId="0D6A4EB1" w14:textId="77777777" w:rsidR="009A193E" w:rsidRDefault="009A193E"/>
          <w:p w14:paraId="42599FBD" w14:textId="77777777" w:rsidR="009A193E" w:rsidRDefault="00000000">
            <w:r>
              <w:br/>
            </w:r>
          </w:p>
        </w:tc>
        <w:tc>
          <w:tcPr>
            <w:tcW w:w="3722" w:type="dxa"/>
            <w:tcMar>
              <w:top w:w="80" w:type="dxa"/>
              <w:left w:w="100" w:type="dxa"/>
              <w:bottom w:w="80" w:type="dxa"/>
              <w:right w:w="100" w:type="dxa"/>
            </w:tcMar>
          </w:tcPr>
          <w:p w14:paraId="0351DB6C" w14:textId="77777777" w:rsidR="009A193E" w:rsidRDefault="009A193E"/>
          <w:p w14:paraId="765B75D4" w14:textId="77777777" w:rsidR="009A193E" w:rsidRDefault="00000000">
            <w:r>
              <w:br/>
            </w:r>
          </w:p>
        </w:tc>
      </w:tr>
      <w:tr w:rsidR="009A193E" w14:paraId="6D9CA62F" w14:textId="77777777" w:rsidTr="008A0B66">
        <w:trPr>
          <w:jc w:val="center"/>
        </w:trPr>
        <w:tc>
          <w:tcPr>
            <w:tcW w:w="640" w:type="dxa"/>
            <w:shd w:val="clear" w:color="auto" w:fill="EEF5ED"/>
            <w:tcMar>
              <w:top w:w="80" w:type="dxa"/>
              <w:left w:w="100" w:type="dxa"/>
              <w:bottom w:w="80" w:type="dxa"/>
              <w:right w:w="100" w:type="dxa"/>
            </w:tcMar>
          </w:tcPr>
          <w:p w14:paraId="5C7F09C3" w14:textId="77777777" w:rsidR="009A193E" w:rsidRDefault="00000000">
            <w:r>
              <w:rPr>
                <w:b/>
                <w:color w:val="2B6B27"/>
                <w:sz w:val="22"/>
              </w:rPr>
              <w:t>C</w:t>
            </w:r>
          </w:p>
        </w:tc>
        <w:tc>
          <w:tcPr>
            <w:tcW w:w="2790" w:type="dxa"/>
            <w:tcMar>
              <w:top w:w="80" w:type="dxa"/>
              <w:left w:w="100" w:type="dxa"/>
              <w:bottom w:w="80" w:type="dxa"/>
              <w:right w:w="100" w:type="dxa"/>
            </w:tcMar>
          </w:tcPr>
          <w:p w14:paraId="10A6579B" w14:textId="77777777" w:rsidR="009A193E" w:rsidRDefault="00000000">
            <w:r>
              <w:rPr>
                <w:sz w:val="17"/>
              </w:rPr>
              <w:t>What is the comparison?</w:t>
            </w:r>
          </w:p>
        </w:tc>
        <w:tc>
          <w:tcPr>
            <w:tcW w:w="3330" w:type="dxa"/>
            <w:tcMar>
              <w:top w:w="80" w:type="dxa"/>
              <w:left w:w="100" w:type="dxa"/>
              <w:bottom w:w="80" w:type="dxa"/>
              <w:right w:w="100" w:type="dxa"/>
            </w:tcMar>
          </w:tcPr>
          <w:p w14:paraId="587BA003" w14:textId="77777777" w:rsidR="009A193E" w:rsidRDefault="009A193E"/>
          <w:p w14:paraId="19B6709A" w14:textId="77777777" w:rsidR="009A193E" w:rsidRDefault="00000000">
            <w:r>
              <w:br/>
            </w:r>
          </w:p>
        </w:tc>
        <w:tc>
          <w:tcPr>
            <w:tcW w:w="3722" w:type="dxa"/>
            <w:tcMar>
              <w:top w:w="80" w:type="dxa"/>
              <w:left w:w="100" w:type="dxa"/>
              <w:bottom w:w="80" w:type="dxa"/>
              <w:right w:w="100" w:type="dxa"/>
            </w:tcMar>
          </w:tcPr>
          <w:p w14:paraId="070A91CD" w14:textId="77777777" w:rsidR="009A193E" w:rsidRDefault="009A193E"/>
          <w:p w14:paraId="3B880E62" w14:textId="77777777" w:rsidR="009A193E" w:rsidRDefault="00000000">
            <w:r>
              <w:br/>
            </w:r>
          </w:p>
        </w:tc>
      </w:tr>
      <w:tr w:rsidR="009A193E" w14:paraId="68988C28" w14:textId="77777777" w:rsidTr="008A0B66">
        <w:trPr>
          <w:jc w:val="center"/>
        </w:trPr>
        <w:tc>
          <w:tcPr>
            <w:tcW w:w="640" w:type="dxa"/>
            <w:shd w:val="clear" w:color="auto" w:fill="EEF5ED"/>
            <w:tcMar>
              <w:top w:w="80" w:type="dxa"/>
              <w:left w:w="100" w:type="dxa"/>
              <w:bottom w:w="80" w:type="dxa"/>
              <w:right w:w="100" w:type="dxa"/>
            </w:tcMar>
          </w:tcPr>
          <w:p w14:paraId="2DA03816" w14:textId="77777777" w:rsidR="009A193E" w:rsidRDefault="00000000">
            <w:r>
              <w:rPr>
                <w:b/>
                <w:color w:val="2B6B27"/>
                <w:sz w:val="22"/>
              </w:rPr>
              <w:t>O</w:t>
            </w:r>
          </w:p>
        </w:tc>
        <w:tc>
          <w:tcPr>
            <w:tcW w:w="2790" w:type="dxa"/>
            <w:tcMar>
              <w:top w:w="80" w:type="dxa"/>
              <w:left w:w="100" w:type="dxa"/>
              <w:bottom w:w="80" w:type="dxa"/>
              <w:right w:w="100" w:type="dxa"/>
            </w:tcMar>
          </w:tcPr>
          <w:p w14:paraId="769463C1" w14:textId="77777777" w:rsidR="009A193E" w:rsidRDefault="00000000">
            <w:r>
              <w:rPr>
                <w:sz w:val="17"/>
              </w:rPr>
              <w:t>What measurable outcome should change?</w:t>
            </w:r>
          </w:p>
        </w:tc>
        <w:tc>
          <w:tcPr>
            <w:tcW w:w="3330" w:type="dxa"/>
            <w:tcMar>
              <w:top w:w="80" w:type="dxa"/>
              <w:left w:w="100" w:type="dxa"/>
              <w:bottom w:w="80" w:type="dxa"/>
              <w:right w:w="100" w:type="dxa"/>
            </w:tcMar>
          </w:tcPr>
          <w:p w14:paraId="35C3D30F" w14:textId="77777777" w:rsidR="009A193E" w:rsidRDefault="009A193E"/>
          <w:p w14:paraId="3484A850" w14:textId="77777777" w:rsidR="009A193E" w:rsidRDefault="00000000">
            <w:r>
              <w:br/>
            </w:r>
          </w:p>
        </w:tc>
        <w:tc>
          <w:tcPr>
            <w:tcW w:w="3722" w:type="dxa"/>
            <w:tcMar>
              <w:top w:w="80" w:type="dxa"/>
              <w:left w:w="100" w:type="dxa"/>
              <w:bottom w:w="80" w:type="dxa"/>
              <w:right w:w="100" w:type="dxa"/>
            </w:tcMar>
          </w:tcPr>
          <w:p w14:paraId="6039D1F0" w14:textId="77777777" w:rsidR="009A193E" w:rsidRDefault="009A193E"/>
          <w:p w14:paraId="2537CBF7" w14:textId="77777777" w:rsidR="009A193E" w:rsidRDefault="00000000">
            <w:r>
              <w:br/>
            </w:r>
          </w:p>
        </w:tc>
      </w:tr>
      <w:tr w:rsidR="009A193E" w14:paraId="7EA9756C" w14:textId="77777777" w:rsidTr="008A0B66">
        <w:trPr>
          <w:jc w:val="center"/>
        </w:trPr>
        <w:tc>
          <w:tcPr>
            <w:tcW w:w="640" w:type="dxa"/>
            <w:shd w:val="clear" w:color="auto" w:fill="EEF5ED"/>
            <w:tcMar>
              <w:top w:w="80" w:type="dxa"/>
              <w:left w:w="100" w:type="dxa"/>
              <w:bottom w:w="80" w:type="dxa"/>
              <w:right w:w="100" w:type="dxa"/>
            </w:tcMar>
          </w:tcPr>
          <w:p w14:paraId="3F45DB09" w14:textId="77777777" w:rsidR="009A193E" w:rsidRDefault="00000000">
            <w:r>
              <w:rPr>
                <w:b/>
                <w:color w:val="2B6B27"/>
                <w:sz w:val="22"/>
              </w:rPr>
              <w:t>T</w:t>
            </w:r>
          </w:p>
        </w:tc>
        <w:tc>
          <w:tcPr>
            <w:tcW w:w="2790" w:type="dxa"/>
            <w:tcMar>
              <w:top w:w="80" w:type="dxa"/>
              <w:left w:w="100" w:type="dxa"/>
              <w:bottom w:w="80" w:type="dxa"/>
              <w:right w:w="100" w:type="dxa"/>
            </w:tcMar>
          </w:tcPr>
          <w:p w14:paraId="75F0AF73" w14:textId="77777777" w:rsidR="009A193E" w:rsidRDefault="00000000">
            <w:r>
              <w:rPr>
                <w:sz w:val="17"/>
              </w:rPr>
              <w:t>Over what timeframe will the outcome be evaluated?</w:t>
            </w:r>
          </w:p>
        </w:tc>
        <w:tc>
          <w:tcPr>
            <w:tcW w:w="3330" w:type="dxa"/>
            <w:tcMar>
              <w:top w:w="80" w:type="dxa"/>
              <w:left w:w="100" w:type="dxa"/>
              <w:bottom w:w="80" w:type="dxa"/>
              <w:right w:w="100" w:type="dxa"/>
            </w:tcMar>
          </w:tcPr>
          <w:p w14:paraId="2D87BE0C" w14:textId="77777777" w:rsidR="009A193E" w:rsidRDefault="009A193E"/>
          <w:p w14:paraId="4B92A228" w14:textId="77777777" w:rsidR="009A193E" w:rsidRDefault="00000000">
            <w:r>
              <w:br/>
            </w:r>
          </w:p>
        </w:tc>
        <w:tc>
          <w:tcPr>
            <w:tcW w:w="3722" w:type="dxa"/>
            <w:tcMar>
              <w:top w:w="80" w:type="dxa"/>
              <w:left w:w="100" w:type="dxa"/>
              <w:bottom w:w="80" w:type="dxa"/>
              <w:right w:w="100" w:type="dxa"/>
            </w:tcMar>
          </w:tcPr>
          <w:p w14:paraId="5363C387" w14:textId="77777777" w:rsidR="009A193E" w:rsidRDefault="009A193E"/>
          <w:p w14:paraId="3550FA92" w14:textId="77777777" w:rsidR="009A193E" w:rsidRDefault="00000000">
            <w:r>
              <w:br/>
            </w:r>
          </w:p>
        </w:tc>
      </w:tr>
    </w:tbl>
    <w:p w14:paraId="460AADE4" w14:textId="77777777" w:rsidR="009A193E" w:rsidRDefault="00000000">
      <w:pPr>
        <w:spacing w:before="140" w:after="80"/>
      </w:pPr>
      <w:r>
        <w:rPr>
          <w:b/>
          <w:color w:val="2B6B27"/>
          <w:sz w:val="23"/>
        </w:rPr>
        <w:t>Draft PICOT Question</w:t>
      </w:r>
    </w:p>
    <w:p w14:paraId="22BDCED5" w14:textId="77777777" w:rsidR="009A193E" w:rsidRDefault="00000000">
      <w:pPr>
        <w:spacing w:after="120"/>
      </w:pPr>
      <w:r>
        <w:rPr>
          <w:color w:val="66706A"/>
          <w:sz w:val="19"/>
        </w:rPr>
        <w:t>In ______________________________ (P), how does ______________________________ (I), compared with ______________________________ (C), affect ______________________________ (O) within ______________________________ (T)?</w:t>
      </w:r>
    </w:p>
    <w:p w14:paraId="66B49466" w14:textId="77777777" w:rsidR="009A193E" w:rsidRDefault="00000000">
      <w:pPr>
        <w:spacing w:after="120"/>
      </w:pPr>
      <w:r>
        <w:t>__________________________________________________________________________________________</w:t>
      </w:r>
    </w:p>
    <w:p w14:paraId="38ADF0C9" w14:textId="77777777" w:rsidR="009A193E" w:rsidRDefault="00000000">
      <w:pPr>
        <w:spacing w:after="120"/>
      </w:pPr>
      <w:r>
        <w:t>__________________________________________________________________________________________</w:t>
      </w:r>
    </w:p>
    <w:p w14:paraId="03FB1FCC" w14:textId="77777777" w:rsidR="009A193E" w:rsidRDefault="00000000">
      <w:pPr>
        <w:spacing w:before="140" w:after="80"/>
      </w:pPr>
      <w:r>
        <w:rPr>
          <w:b/>
          <w:color w:val="2B6B27"/>
          <w:sz w:val="23"/>
        </w:rPr>
        <w:t>PICOT Quality Check</w:t>
      </w:r>
    </w:p>
    <w:p w14:paraId="53FF813E" w14:textId="77777777" w:rsidR="009A193E" w:rsidRDefault="00000000">
      <w:pPr>
        <w:spacing w:after="40"/>
      </w:pPr>
      <w:r>
        <w:rPr>
          <w:b/>
          <w:color w:val="2B6B27"/>
          <w:sz w:val="21"/>
        </w:rPr>
        <w:t xml:space="preserve">☐  </w:t>
      </w:r>
      <w:r>
        <w:t>Population is specific enough to guide the search.</w:t>
      </w:r>
    </w:p>
    <w:p w14:paraId="0C0E00D7" w14:textId="77777777" w:rsidR="009A193E" w:rsidRDefault="00000000">
      <w:pPr>
        <w:spacing w:after="40"/>
      </w:pPr>
      <w:r>
        <w:rPr>
          <w:b/>
          <w:color w:val="2B6B27"/>
          <w:sz w:val="21"/>
        </w:rPr>
        <w:t xml:space="preserve">☐  </w:t>
      </w:r>
      <w:r>
        <w:t>Intervention is clearly defined.</w:t>
      </w:r>
    </w:p>
    <w:p w14:paraId="1042FF5E" w14:textId="77777777" w:rsidR="009A193E" w:rsidRDefault="00000000">
      <w:pPr>
        <w:spacing w:after="40"/>
      </w:pPr>
      <w:r>
        <w:rPr>
          <w:b/>
          <w:color w:val="2B6B27"/>
          <w:sz w:val="21"/>
        </w:rPr>
        <w:t xml:space="preserve">☐  </w:t>
      </w:r>
      <w:r>
        <w:t>Comparison is appropriate or intentionally omitted.</w:t>
      </w:r>
    </w:p>
    <w:p w14:paraId="754B62A8" w14:textId="77777777" w:rsidR="009A193E" w:rsidRDefault="00000000">
      <w:pPr>
        <w:spacing w:after="40"/>
      </w:pPr>
      <w:r>
        <w:rPr>
          <w:b/>
          <w:color w:val="2B6B27"/>
          <w:sz w:val="21"/>
        </w:rPr>
        <w:t xml:space="preserve">☐  </w:t>
      </w:r>
      <w:r>
        <w:t>Primary outcome is measurable.</w:t>
      </w:r>
    </w:p>
    <w:p w14:paraId="6814B8FF" w14:textId="77777777" w:rsidR="009A193E" w:rsidRDefault="00000000">
      <w:pPr>
        <w:spacing w:after="40"/>
      </w:pPr>
      <w:r>
        <w:rPr>
          <w:b/>
          <w:color w:val="2B6B27"/>
          <w:sz w:val="21"/>
        </w:rPr>
        <w:t xml:space="preserve">☐  </w:t>
      </w:r>
      <w:r>
        <w:t>Timeframe is meaningful when included.</w:t>
      </w:r>
    </w:p>
    <w:p w14:paraId="7E09F31D" w14:textId="77777777" w:rsidR="009A193E" w:rsidRDefault="00000000">
      <w:pPr>
        <w:spacing w:after="40"/>
      </w:pPr>
      <w:r>
        <w:rPr>
          <w:b/>
          <w:color w:val="2B6B27"/>
          <w:sz w:val="21"/>
        </w:rPr>
        <w:t xml:space="preserve">☐  </w:t>
      </w:r>
      <w:r>
        <w:t>Question addresses one primary intervention and one primary outcome.</w:t>
      </w:r>
    </w:p>
    <w:p w14:paraId="5EC08FA0" w14:textId="77777777" w:rsidR="009A193E" w:rsidRDefault="00000000">
      <w:pPr>
        <w:spacing w:after="40"/>
      </w:pPr>
      <w:r>
        <w:rPr>
          <w:b/>
          <w:color w:val="2B6B27"/>
          <w:sz w:val="21"/>
        </w:rPr>
        <w:t xml:space="preserve">☐  </w:t>
      </w:r>
      <w:r>
        <w:t>Question can be investigated using available evidence.</w:t>
      </w:r>
    </w:p>
    <w:p w14:paraId="1C52E324" w14:textId="77777777" w:rsidR="009A193E" w:rsidRDefault="00000000">
      <w:r>
        <w:br w:type="page"/>
      </w:r>
    </w:p>
    <w:p w14:paraId="32E092C7" w14:textId="77777777" w:rsidR="009A193E" w:rsidRDefault="00000000">
      <w:pPr>
        <w:pBdr>
          <w:bottom w:val="single" w:sz="8" w:space="3" w:color="2B6B27"/>
        </w:pBdr>
        <w:spacing w:before="80" w:after="160"/>
      </w:pPr>
      <w:r>
        <w:rPr>
          <w:rFonts w:ascii="EB Garamond" w:hAnsi="EB Garamond"/>
          <w:b/>
          <w:color w:val="2B6B27"/>
          <w:sz w:val="34"/>
        </w:rPr>
        <w:lastRenderedPageBreak/>
        <w:t xml:space="preserve">3. </w:t>
      </w:r>
      <w:r>
        <w:rPr>
          <w:rFonts w:ascii="EB Garamond" w:hAnsi="EB Garamond"/>
          <w:b/>
          <w:sz w:val="34"/>
        </w:rPr>
        <w:t>Search Concepts and Subject Headings</w:t>
      </w:r>
    </w:p>
    <w:p w14:paraId="6C6BA6B2" w14:textId="77777777" w:rsidR="009A193E" w:rsidRDefault="00000000">
      <w:pPr>
        <w:spacing w:after="120"/>
      </w:pPr>
      <w:r>
        <w:rPr>
          <w:color w:val="66706A"/>
          <w:sz w:val="19"/>
        </w:rPr>
        <w:t>Do not search the entire PICOT question as one sentence. Group synonyms with OR, then combine major concept groups with AND. Comparison, outcome, and timeframe terms may be omitted when they make retrieval unnecessarily narrow.</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880"/>
        <w:gridCol w:w="2070"/>
        <w:gridCol w:w="2790"/>
        <w:gridCol w:w="2340"/>
        <w:gridCol w:w="2342"/>
      </w:tblGrid>
      <w:tr w:rsidR="009A193E" w14:paraId="769721F3" w14:textId="77777777" w:rsidTr="008A0B66">
        <w:trPr>
          <w:tblHeader/>
          <w:jc w:val="center"/>
        </w:trPr>
        <w:tc>
          <w:tcPr>
            <w:tcW w:w="880" w:type="dxa"/>
            <w:shd w:val="clear" w:color="auto" w:fill="2B6B27"/>
            <w:tcMar>
              <w:top w:w="75" w:type="dxa"/>
              <w:left w:w="70" w:type="dxa"/>
              <w:bottom w:w="75" w:type="dxa"/>
              <w:right w:w="70" w:type="dxa"/>
            </w:tcMar>
          </w:tcPr>
          <w:p w14:paraId="78E6E2A9" w14:textId="77777777" w:rsidR="009A193E" w:rsidRDefault="00000000">
            <w:r>
              <w:rPr>
                <w:b/>
                <w:color w:val="FFFFFF"/>
                <w:sz w:val="16"/>
              </w:rPr>
              <w:t>Element</w:t>
            </w:r>
          </w:p>
        </w:tc>
        <w:tc>
          <w:tcPr>
            <w:tcW w:w="2070" w:type="dxa"/>
            <w:shd w:val="clear" w:color="auto" w:fill="2B6B27"/>
            <w:tcMar>
              <w:top w:w="75" w:type="dxa"/>
              <w:left w:w="70" w:type="dxa"/>
              <w:bottom w:w="75" w:type="dxa"/>
              <w:right w:w="70" w:type="dxa"/>
            </w:tcMar>
          </w:tcPr>
          <w:p w14:paraId="4C927218" w14:textId="77777777" w:rsidR="009A193E" w:rsidRDefault="00000000">
            <w:r>
              <w:rPr>
                <w:b/>
                <w:color w:val="FFFFFF"/>
                <w:sz w:val="16"/>
              </w:rPr>
              <w:t>Primary concept</w:t>
            </w:r>
          </w:p>
        </w:tc>
        <w:tc>
          <w:tcPr>
            <w:tcW w:w="2790" w:type="dxa"/>
            <w:shd w:val="clear" w:color="auto" w:fill="2B6B27"/>
            <w:tcMar>
              <w:top w:w="75" w:type="dxa"/>
              <w:left w:w="70" w:type="dxa"/>
              <w:bottom w:w="75" w:type="dxa"/>
              <w:right w:w="70" w:type="dxa"/>
            </w:tcMar>
          </w:tcPr>
          <w:p w14:paraId="292FD092" w14:textId="77777777" w:rsidR="009A193E" w:rsidRDefault="00000000">
            <w:r>
              <w:rPr>
                <w:b/>
                <w:color w:val="FFFFFF"/>
                <w:sz w:val="16"/>
              </w:rPr>
              <w:t>Keywords / synonyms</w:t>
            </w:r>
          </w:p>
        </w:tc>
        <w:tc>
          <w:tcPr>
            <w:tcW w:w="2340" w:type="dxa"/>
            <w:shd w:val="clear" w:color="auto" w:fill="2B6B27"/>
            <w:tcMar>
              <w:top w:w="75" w:type="dxa"/>
              <w:left w:w="70" w:type="dxa"/>
              <w:bottom w:w="75" w:type="dxa"/>
              <w:right w:w="70" w:type="dxa"/>
            </w:tcMar>
          </w:tcPr>
          <w:p w14:paraId="2A614051" w14:textId="77777777" w:rsidR="009A193E" w:rsidRDefault="00000000">
            <w:r>
              <w:rPr>
                <w:b/>
                <w:color w:val="FFFFFF"/>
                <w:sz w:val="16"/>
              </w:rPr>
              <w:t>PubMed MeSH</w:t>
            </w:r>
          </w:p>
        </w:tc>
        <w:tc>
          <w:tcPr>
            <w:tcW w:w="2342" w:type="dxa"/>
            <w:shd w:val="clear" w:color="auto" w:fill="2B6B27"/>
            <w:tcMar>
              <w:top w:w="75" w:type="dxa"/>
              <w:left w:w="70" w:type="dxa"/>
              <w:bottom w:w="75" w:type="dxa"/>
              <w:right w:w="70" w:type="dxa"/>
            </w:tcMar>
          </w:tcPr>
          <w:p w14:paraId="6FED1DA4" w14:textId="77777777" w:rsidR="009A193E" w:rsidRDefault="00000000">
            <w:r>
              <w:rPr>
                <w:b/>
                <w:color w:val="FFFFFF"/>
                <w:sz w:val="16"/>
              </w:rPr>
              <w:t>CINAHL / other vocabulary</w:t>
            </w:r>
          </w:p>
        </w:tc>
      </w:tr>
      <w:tr w:rsidR="009A193E" w14:paraId="2C30244B" w14:textId="77777777" w:rsidTr="008A0B66">
        <w:trPr>
          <w:jc w:val="center"/>
        </w:trPr>
        <w:tc>
          <w:tcPr>
            <w:tcW w:w="880" w:type="dxa"/>
            <w:shd w:val="clear" w:color="auto" w:fill="EEF5ED"/>
            <w:tcMar>
              <w:top w:w="75" w:type="dxa"/>
              <w:left w:w="70" w:type="dxa"/>
              <w:bottom w:w="75" w:type="dxa"/>
              <w:right w:w="70" w:type="dxa"/>
            </w:tcMar>
          </w:tcPr>
          <w:p w14:paraId="1EFE4D68" w14:textId="77777777" w:rsidR="009A193E" w:rsidRDefault="00000000">
            <w:r>
              <w:rPr>
                <w:b/>
                <w:color w:val="2B6B27"/>
                <w:sz w:val="18"/>
              </w:rPr>
              <w:t>P</w:t>
            </w:r>
          </w:p>
        </w:tc>
        <w:tc>
          <w:tcPr>
            <w:tcW w:w="2070" w:type="dxa"/>
            <w:tcMar>
              <w:top w:w="75" w:type="dxa"/>
              <w:left w:w="70" w:type="dxa"/>
              <w:bottom w:w="75" w:type="dxa"/>
              <w:right w:w="70" w:type="dxa"/>
            </w:tcMar>
          </w:tcPr>
          <w:p w14:paraId="1CEC5870" w14:textId="77777777" w:rsidR="009A193E" w:rsidRDefault="009A193E"/>
          <w:p w14:paraId="3209895E" w14:textId="77777777" w:rsidR="009A193E" w:rsidRDefault="00000000">
            <w:r>
              <w:br/>
            </w:r>
          </w:p>
        </w:tc>
        <w:tc>
          <w:tcPr>
            <w:tcW w:w="2790" w:type="dxa"/>
            <w:tcMar>
              <w:top w:w="75" w:type="dxa"/>
              <w:left w:w="70" w:type="dxa"/>
              <w:bottom w:w="75" w:type="dxa"/>
              <w:right w:w="70" w:type="dxa"/>
            </w:tcMar>
          </w:tcPr>
          <w:p w14:paraId="32E7BC55" w14:textId="77777777" w:rsidR="009A193E" w:rsidRDefault="009A193E"/>
          <w:p w14:paraId="7F30D2E8" w14:textId="77777777" w:rsidR="009A193E" w:rsidRDefault="00000000">
            <w:r>
              <w:br/>
            </w:r>
          </w:p>
        </w:tc>
        <w:tc>
          <w:tcPr>
            <w:tcW w:w="2340" w:type="dxa"/>
            <w:tcMar>
              <w:top w:w="75" w:type="dxa"/>
              <w:left w:w="70" w:type="dxa"/>
              <w:bottom w:w="75" w:type="dxa"/>
              <w:right w:w="70" w:type="dxa"/>
            </w:tcMar>
          </w:tcPr>
          <w:p w14:paraId="0F17F9CF" w14:textId="77777777" w:rsidR="009A193E" w:rsidRDefault="009A193E"/>
          <w:p w14:paraId="25D7207D" w14:textId="77777777" w:rsidR="009A193E" w:rsidRDefault="00000000">
            <w:r>
              <w:br/>
            </w:r>
          </w:p>
        </w:tc>
        <w:tc>
          <w:tcPr>
            <w:tcW w:w="2342" w:type="dxa"/>
            <w:tcMar>
              <w:top w:w="75" w:type="dxa"/>
              <w:left w:w="70" w:type="dxa"/>
              <w:bottom w:w="75" w:type="dxa"/>
              <w:right w:w="70" w:type="dxa"/>
            </w:tcMar>
          </w:tcPr>
          <w:p w14:paraId="49062E48" w14:textId="77777777" w:rsidR="009A193E" w:rsidRDefault="009A193E"/>
          <w:p w14:paraId="0D2A55F4" w14:textId="77777777" w:rsidR="009A193E" w:rsidRDefault="00000000">
            <w:r>
              <w:br/>
            </w:r>
          </w:p>
        </w:tc>
      </w:tr>
      <w:tr w:rsidR="009A193E" w14:paraId="7DF3D727" w14:textId="77777777" w:rsidTr="008A0B66">
        <w:trPr>
          <w:jc w:val="center"/>
        </w:trPr>
        <w:tc>
          <w:tcPr>
            <w:tcW w:w="880" w:type="dxa"/>
            <w:shd w:val="clear" w:color="auto" w:fill="EEF5ED"/>
            <w:tcMar>
              <w:top w:w="75" w:type="dxa"/>
              <w:left w:w="70" w:type="dxa"/>
              <w:bottom w:w="75" w:type="dxa"/>
              <w:right w:w="70" w:type="dxa"/>
            </w:tcMar>
          </w:tcPr>
          <w:p w14:paraId="4DED22FE" w14:textId="77777777" w:rsidR="009A193E" w:rsidRDefault="00000000">
            <w:r>
              <w:rPr>
                <w:b/>
                <w:color w:val="2B6B27"/>
                <w:sz w:val="18"/>
              </w:rPr>
              <w:t>I</w:t>
            </w:r>
          </w:p>
        </w:tc>
        <w:tc>
          <w:tcPr>
            <w:tcW w:w="2070" w:type="dxa"/>
            <w:tcMar>
              <w:top w:w="75" w:type="dxa"/>
              <w:left w:w="70" w:type="dxa"/>
              <w:bottom w:w="75" w:type="dxa"/>
              <w:right w:w="70" w:type="dxa"/>
            </w:tcMar>
          </w:tcPr>
          <w:p w14:paraId="1D644AA2" w14:textId="77777777" w:rsidR="009A193E" w:rsidRDefault="009A193E"/>
          <w:p w14:paraId="2B8FF2F5" w14:textId="77777777" w:rsidR="009A193E" w:rsidRDefault="00000000">
            <w:r>
              <w:br/>
            </w:r>
          </w:p>
        </w:tc>
        <w:tc>
          <w:tcPr>
            <w:tcW w:w="2790" w:type="dxa"/>
            <w:tcMar>
              <w:top w:w="75" w:type="dxa"/>
              <w:left w:w="70" w:type="dxa"/>
              <w:bottom w:w="75" w:type="dxa"/>
              <w:right w:w="70" w:type="dxa"/>
            </w:tcMar>
          </w:tcPr>
          <w:p w14:paraId="4C686D21" w14:textId="77777777" w:rsidR="009A193E" w:rsidRDefault="009A193E"/>
          <w:p w14:paraId="5D2F79CE" w14:textId="77777777" w:rsidR="009A193E" w:rsidRDefault="00000000">
            <w:r>
              <w:br/>
            </w:r>
          </w:p>
        </w:tc>
        <w:tc>
          <w:tcPr>
            <w:tcW w:w="2340" w:type="dxa"/>
            <w:tcMar>
              <w:top w:w="75" w:type="dxa"/>
              <w:left w:w="70" w:type="dxa"/>
              <w:bottom w:w="75" w:type="dxa"/>
              <w:right w:w="70" w:type="dxa"/>
            </w:tcMar>
          </w:tcPr>
          <w:p w14:paraId="0160C67B" w14:textId="77777777" w:rsidR="009A193E" w:rsidRDefault="009A193E"/>
          <w:p w14:paraId="78AB0CB6" w14:textId="77777777" w:rsidR="009A193E" w:rsidRDefault="00000000">
            <w:r>
              <w:br/>
            </w:r>
          </w:p>
        </w:tc>
        <w:tc>
          <w:tcPr>
            <w:tcW w:w="2342" w:type="dxa"/>
            <w:tcMar>
              <w:top w:w="75" w:type="dxa"/>
              <w:left w:w="70" w:type="dxa"/>
              <w:bottom w:w="75" w:type="dxa"/>
              <w:right w:w="70" w:type="dxa"/>
            </w:tcMar>
          </w:tcPr>
          <w:p w14:paraId="55138C84" w14:textId="77777777" w:rsidR="009A193E" w:rsidRDefault="009A193E"/>
          <w:p w14:paraId="6A0286A2" w14:textId="77777777" w:rsidR="009A193E" w:rsidRDefault="00000000">
            <w:r>
              <w:br/>
            </w:r>
          </w:p>
        </w:tc>
      </w:tr>
      <w:tr w:rsidR="009A193E" w14:paraId="18F443EE" w14:textId="77777777" w:rsidTr="008A0B66">
        <w:trPr>
          <w:jc w:val="center"/>
        </w:trPr>
        <w:tc>
          <w:tcPr>
            <w:tcW w:w="880" w:type="dxa"/>
            <w:shd w:val="clear" w:color="auto" w:fill="EEF5ED"/>
            <w:tcMar>
              <w:top w:w="75" w:type="dxa"/>
              <w:left w:w="70" w:type="dxa"/>
              <w:bottom w:w="75" w:type="dxa"/>
              <w:right w:w="70" w:type="dxa"/>
            </w:tcMar>
          </w:tcPr>
          <w:p w14:paraId="0E91FF5D" w14:textId="77777777" w:rsidR="009A193E" w:rsidRDefault="00000000">
            <w:r>
              <w:rPr>
                <w:b/>
                <w:color w:val="2B6B27"/>
                <w:sz w:val="18"/>
              </w:rPr>
              <w:t>C</w:t>
            </w:r>
          </w:p>
        </w:tc>
        <w:tc>
          <w:tcPr>
            <w:tcW w:w="2070" w:type="dxa"/>
            <w:tcMar>
              <w:top w:w="75" w:type="dxa"/>
              <w:left w:w="70" w:type="dxa"/>
              <w:bottom w:w="75" w:type="dxa"/>
              <w:right w:w="70" w:type="dxa"/>
            </w:tcMar>
          </w:tcPr>
          <w:p w14:paraId="11FE4092" w14:textId="77777777" w:rsidR="009A193E" w:rsidRDefault="009A193E"/>
          <w:p w14:paraId="61FFD3D7" w14:textId="77777777" w:rsidR="009A193E" w:rsidRDefault="00000000">
            <w:r>
              <w:br/>
            </w:r>
          </w:p>
        </w:tc>
        <w:tc>
          <w:tcPr>
            <w:tcW w:w="2790" w:type="dxa"/>
            <w:tcMar>
              <w:top w:w="75" w:type="dxa"/>
              <w:left w:w="70" w:type="dxa"/>
              <w:bottom w:w="75" w:type="dxa"/>
              <w:right w:w="70" w:type="dxa"/>
            </w:tcMar>
          </w:tcPr>
          <w:p w14:paraId="2E6EBECA" w14:textId="77777777" w:rsidR="009A193E" w:rsidRDefault="009A193E"/>
          <w:p w14:paraId="699A237F" w14:textId="77777777" w:rsidR="009A193E" w:rsidRDefault="00000000">
            <w:r>
              <w:br/>
            </w:r>
          </w:p>
        </w:tc>
        <w:tc>
          <w:tcPr>
            <w:tcW w:w="2340" w:type="dxa"/>
            <w:tcMar>
              <w:top w:w="75" w:type="dxa"/>
              <w:left w:w="70" w:type="dxa"/>
              <w:bottom w:w="75" w:type="dxa"/>
              <w:right w:w="70" w:type="dxa"/>
            </w:tcMar>
          </w:tcPr>
          <w:p w14:paraId="5950B05A" w14:textId="77777777" w:rsidR="009A193E" w:rsidRDefault="009A193E"/>
          <w:p w14:paraId="078A5825" w14:textId="77777777" w:rsidR="009A193E" w:rsidRDefault="00000000">
            <w:r>
              <w:br/>
            </w:r>
          </w:p>
        </w:tc>
        <w:tc>
          <w:tcPr>
            <w:tcW w:w="2342" w:type="dxa"/>
            <w:tcMar>
              <w:top w:w="75" w:type="dxa"/>
              <w:left w:w="70" w:type="dxa"/>
              <w:bottom w:w="75" w:type="dxa"/>
              <w:right w:w="70" w:type="dxa"/>
            </w:tcMar>
          </w:tcPr>
          <w:p w14:paraId="6164490C" w14:textId="77777777" w:rsidR="009A193E" w:rsidRDefault="009A193E"/>
          <w:p w14:paraId="5F5347BF" w14:textId="77777777" w:rsidR="009A193E" w:rsidRDefault="00000000">
            <w:r>
              <w:br/>
            </w:r>
          </w:p>
        </w:tc>
      </w:tr>
      <w:tr w:rsidR="009A193E" w14:paraId="1C489D87" w14:textId="77777777" w:rsidTr="008A0B66">
        <w:trPr>
          <w:jc w:val="center"/>
        </w:trPr>
        <w:tc>
          <w:tcPr>
            <w:tcW w:w="880" w:type="dxa"/>
            <w:shd w:val="clear" w:color="auto" w:fill="EEF5ED"/>
            <w:tcMar>
              <w:top w:w="75" w:type="dxa"/>
              <w:left w:w="70" w:type="dxa"/>
              <w:bottom w:w="75" w:type="dxa"/>
              <w:right w:w="70" w:type="dxa"/>
            </w:tcMar>
          </w:tcPr>
          <w:p w14:paraId="6DDEB742" w14:textId="77777777" w:rsidR="009A193E" w:rsidRDefault="00000000">
            <w:r>
              <w:rPr>
                <w:b/>
                <w:color w:val="2B6B27"/>
                <w:sz w:val="18"/>
              </w:rPr>
              <w:t>O</w:t>
            </w:r>
          </w:p>
        </w:tc>
        <w:tc>
          <w:tcPr>
            <w:tcW w:w="2070" w:type="dxa"/>
            <w:tcMar>
              <w:top w:w="75" w:type="dxa"/>
              <w:left w:w="70" w:type="dxa"/>
              <w:bottom w:w="75" w:type="dxa"/>
              <w:right w:w="70" w:type="dxa"/>
            </w:tcMar>
          </w:tcPr>
          <w:p w14:paraId="142948DA" w14:textId="77777777" w:rsidR="009A193E" w:rsidRDefault="009A193E"/>
          <w:p w14:paraId="0EDCA000" w14:textId="77777777" w:rsidR="009A193E" w:rsidRDefault="00000000">
            <w:r>
              <w:br/>
            </w:r>
          </w:p>
        </w:tc>
        <w:tc>
          <w:tcPr>
            <w:tcW w:w="2790" w:type="dxa"/>
            <w:tcMar>
              <w:top w:w="75" w:type="dxa"/>
              <w:left w:w="70" w:type="dxa"/>
              <w:bottom w:w="75" w:type="dxa"/>
              <w:right w:w="70" w:type="dxa"/>
            </w:tcMar>
          </w:tcPr>
          <w:p w14:paraId="40F2DA72" w14:textId="77777777" w:rsidR="009A193E" w:rsidRDefault="009A193E"/>
          <w:p w14:paraId="3FB314F7" w14:textId="77777777" w:rsidR="009A193E" w:rsidRDefault="00000000">
            <w:r>
              <w:br/>
            </w:r>
          </w:p>
        </w:tc>
        <w:tc>
          <w:tcPr>
            <w:tcW w:w="2340" w:type="dxa"/>
            <w:tcMar>
              <w:top w:w="75" w:type="dxa"/>
              <w:left w:w="70" w:type="dxa"/>
              <w:bottom w:w="75" w:type="dxa"/>
              <w:right w:w="70" w:type="dxa"/>
            </w:tcMar>
          </w:tcPr>
          <w:p w14:paraId="5438217E" w14:textId="77777777" w:rsidR="009A193E" w:rsidRDefault="009A193E"/>
          <w:p w14:paraId="0869CFD8" w14:textId="77777777" w:rsidR="009A193E" w:rsidRDefault="00000000">
            <w:r>
              <w:br/>
            </w:r>
          </w:p>
        </w:tc>
        <w:tc>
          <w:tcPr>
            <w:tcW w:w="2342" w:type="dxa"/>
            <w:tcMar>
              <w:top w:w="75" w:type="dxa"/>
              <w:left w:w="70" w:type="dxa"/>
              <w:bottom w:w="75" w:type="dxa"/>
              <w:right w:w="70" w:type="dxa"/>
            </w:tcMar>
          </w:tcPr>
          <w:p w14:paraId="5E57489D" w14:textId="77777777" w:rsidR="009A193E" w:rsidRDefault="009A193E"/>
          <w:p w14:paraId="5589A33F" w14:textId="77777777" w:rsidR="009A193E" w:rsidRDefault="00000000">
            <w:r>
              <w:br/>
            </w:r>
          </w:p>
        </w:tc>
      </w:tr>
      <w:tr w:rsidR="009A193E" w14:paraId="1AAEBF78" w14:textId="77777777" w:rsidTr="008A0B66">
        <w:trPr>
          <w:jc w:val="center"/>
        </w:trPr>
        <w:tc>
          <w:tcPr>
            <w:tcW w:w="880" w:type="dxa"/>
            <w:shd w:val="clear" w:color="auto" w:fill="EEF5ED"/>
            <w:tcMar>
              <w:top w:w="75" w:type="dxa"/>
              <w:left w:w="70" w:type="dxa"/>
              <w:bottom w:w="75" w:type="dxa"/>
              <w:right w:w="70" w:type="dxa"/>
            </w:tcMar>
          </w:tcPr>
          <w:p w14:paraId="28CFFE44" w14:textId="77777777" w:rsidR="009A193E" w:rsidRDefault="00000000">
            <w:r>
              <w:rPr>
                <w:b/>
                <w:color w:val="2B6B27"/>
                <w:sz w:val="18"/>
              </w:rPr>
              <w:t>T</w:t>
            </w:r>
          </w:p>
        </w:tc>
        <w:tc>
          <w:tcPr>
            <w:tcW w:w="2070" w:type="dxa"/>
            <w:tcMar>
              <w:top w:w="75" w:type="dxa"/>
              <w:left w:w="70" w:type="dxa"/>
              <w:bottom w:w="75" w:type="dxa"/>
              <w:right w:w="70" w:type="dxa"/>
            </w:tcMar>
          </w:tcPr>
          <w:p w14:paraId="4E5A2F59" w14:textId="77777777" w:rsidR="009A193E" w:rsidRDefault="009A193E"/>
          <w:p w14:paraId="74D74F75" w14:textId="77777777" w:rsidR="009A193E" w:rsidRDefault="00000000">
            <w:r>
              <w:br/>
            </w:r>
          </w:p>
        </w:tc>
        <w:tc>
          <w:tcPr>
            <w:tcW w:w="2790" w:type="dxa"/>
            <w:tcMar>
              <w:top w:w="75" w:type="dxa"/>
              <w:left w:w="70" w:type="dxa"/>
              <w:bottom w:w="75" w:type="dxa"/>
              <w:right w:w="70" w:type="dxa"/>
            </w:tcMar>
          </w:tcPr>
          <w:p w14:paraId="03102B73" w14:textId="77777777" w:rsidR="009A193E" w:rsidRDefault="009A193E"/>
          <w:p w14:paraId="1E5F9CA4" w14:textId="77777777" w:rsidR="009A193E" w:rsidRDefault="00000000">
            <w:r>
              <w:br/>
            </w:r>
          </w:p>
        </w:tc>
        <w:tc>
          <w:tcPr>
            <w:tcW w:w="2340" w:type="dxa"/>
            <w:tcMar>
              <w:top w:w="75" w:type="dxa"/>
              <w:left w:w="70" w:type="dxa"/>
              <w:bottom w:w="75" w:type="dxa"/>
              <w:right w:w="70" w:type="dxa"/>
            </w:tcMar>
          </w:tcPr>
          <w:p w14:paraId="55090C75" w14:textId="77777777" w:rsidR="009A193E" w:rsidRDefault="009A193E"/>
          <w:p w14:paraId="572FBCEB" w14:textId="77777777" w:rsidR="009A193E" w:rsidRDefault="00000000">
            <w:r>
              <w:br/>
            </w:r>
          </w:p>
        </w:tc>
        <w:tc>
          <w:tcPr>
            <w:tcW w:w="2342" w:type="dxa"/>
            <w:tcMar>
              <w:top w:w="75" w:type="dxa"/>
              <w:left w:w="70" w:type="dxa"/>
              <w:bottom w:w="75" w:type="dxa"/>
              <w:right w:w="70" w:type="dxa"/>
            </w:tcMar>
          </w:tcPr>
          <w:p w14:paraId="5D6F6A19" w14:textId="77777777" w:rsidR="009A193E" w:rsidRDefault="009A193E"/>
          <w:p w14:paraId="16461C0C" w14:textId="77777777" w:rsidR="009A193E" w:rsidRDefault="00000000">
            <w:r>
              <w:br/>
            </w:r>
          </w:p>
        </w:tc>
      </w:tr>
    </w:tbl>
    <w:p w14:paraId="3CF42088" w14:textId="77777777" w:rsidR="009A193E" w:rsidRDefault="00000000">
      <w:pPr>
        <w:spacing w:before="140" w:after="80"/>
      </w:pPr>
      <w:r>
        <w:rPr>
          <w:b/>
          <w:color w:val="2B6B27"/>
          <w:sz w:val="23"/>
        </w:rPr>
        <w:t>Concept Groups</w:t>
      </w:r>
    </w:p>
    <w:p w14:paraId="7C90D53F" w14:textId="77777777" w:rsidR="009A193E" w:rsidRDefault="00000000">
      <w:pPr>
        <w:spacing w:after="40"/>
      </w:pPr>
      <w:r>
        <w:rPr>
          <w:b/>
          <w:color w:val="2B6B27"/>
          <w:sz w:val="18"/>
        </w:rPr>
        <w:t>Population concept group (OR)</w:t>
      </w:r>
    </w:p>
    <w:p w14:paraId="5B51DBE7" w14:textId="25CEEC90" w:rsidR="009A193E" w:rsidRDefault="00000000">
      <w:pPr>
        <w:spacing w:after="40"/>
      </w:pPr>
      <w:r>
        <w:t>_________________________________________________________________________________________</w:t>
      </w:r>
      <w:r w:rsidR="008A0B66">
        <w:t>______________________</w:t>
      </w:r>
    </w:p>
    <w:p w14:paraId="6E6E1D3C" w14:textId="442D2ACA" w:rsidR="009A193E" w:rsidRDefault="00000000">
      <w:r>
        <w:t>__________________________________________________________________________________________</w:t>
      </w:r>
      <w:r w:rsidR="008A0B66">
        <w:t>_____________________</w:t>
      </w:r>
    </w:p>
    <w:p w14:paraId="11646B5B" w14:textId="77777777" w:rsidR="009A193E" w:rsidRDefault="00000000">
      <w:pPr>
        <w:spacing w:after="40"/>
      </w:pPr>
      <w:r>
        <w:rPr>
          <w:b/>
          <w:color w:val="2B6B27"/>
          <w:sz w:val="18"/>
        </w:rPr>
        <w:t>Intervention concept group (OR)</w:t>
      </w:r>
    </w:p>
    <w:p w14:paraId="54772C8B" w14:textId="13CF6918" w:rsidR="009A193E" w:rsidRDefault="00000000">
      <w:pPr>
        <w:spacing w:after="40"/>
      </w:pPr>
      <w:r>
        <w:t>__________________________________________________________________________________________</w:t>
      </w:r>
      <w:r w:rsidR="008A0B66">
        <w:t>_____________________</w:t>
      </w:r>
    </w:p>
    <w:p w14:paraId="7AF4A9F5" w14:textId="16FF6BCD" w:rsidR="009A193E" w:rsidRDefault="00000000">
      <w:r>
        <w:t>__________________________________________________________________________________________</w:t>
      </w:r>
      <w:r w:rsidR="008A0B66">
        <w:t>_____________________</w:t>
      </w:r>
    </w:p>
    <w:p w14:paraId="17291790" w14:textId="77777777" w:rsidR="009A193E" w:rsidRDefault="00000000">
      <w:pPr>
        <w:spacing w:after="40"/>
      </w:pPr>
      <w:r>
        <w:rPr>
          <w:b/>
          <w:color w:val="2B6B27"/>
          <w:sz w:val="18"/>
        </w:rPr>
        <w:t>Combined search (AND)</w:t>
      </w:r>
    </w:p>
    <w:p w14:paraId="1E79B705" w14:textId="5FD76625" w:rsidR="009A193E" w:rsidRDefault="00000000">
      <w:pPr>
        <w:spacing w:after="40"/>
      </w:pPr>
      <w:r>
        <w:t>__________________________________________________________________________________________</w:t>
      </w:r>
      <w:r w:rsidR="008A0B66">
        <w:t>_____________________</w:t>
      </w:r>
    </w:p>
    <w:p w14:paraId="3E6F0E23" w14:textId="65768F00" w:rsidR="009A193E" w:rsidRDefault="00000000">
      <w:r>
        <w:t>__________________________________________________________________________________________</w:t>
      </w:r>
      <w:r w:rsidR="008A0B66">
        <w:t>_____________________</w:t>
      </w:r>
    </w:p>
    <w:p w14:paraId="457E2DF4" w14:textId="77777777" w:rsidR="009A193E" w:rsidRDefault="00000000">
      <w:r>
        <w:br w:type="page"/>
      </w:r>
    </w:p>
    <w:p w14:paraId="14B5D04C" w14:textId="77777777" w:rsidR="009A193E" w:rsidRDefault="00000000">
      <w:pPr>
        <w:pBdr>
          <w:bottom w:val="single" w:sz="8" w:space="3" w:color="2B6B27"/>
        </w:pBdr>
        <w:spacing w:before="80" w:after="160"/>
      </w:pPr>
      <w:r>
        <w:rPr>
          <w:rFonts w:ascii="EB Garamond" w:hAnsi="EB Garamond"/>
          <w:b/>
          <w:color w:val="2B6B27"/>
          <w:sz w:val="34"/>
        </w:rPr>
        <w:lastRenderedPageBreak/>
        <w:t xml:space="preserve">4. </w:t>
      </w:r>
      <w:r>
        <w:rPr>
          <w:rFonts w:ascii="EB Garamond" w:hAnsi="EB Garamond"/>
          <w:b/>
          <w:sz w:val="34"/>
        </w:rPr>
        <w:t>Database Search Documentation</w:t>
      </w:r>
    </w:p>
    <w:p w14:paraId="1E04A13E" w14:textId="77777777" w:rsidR="009A193E" w:rsidRDefault="00000000">
      <w:pPr>
        <w:spacing w:after="120"/>
      </w:pPr>
      <w:r>
        <w:rPr>
          <w:color w:val="66706A"/>
          <w:sz w:val="18"/>
        </w:rPr>
        <w:t>Complete one record for every database searched. Copy the exact final search string from the database search history whenever possible.</w:t>
      </w:r>
    </w:p>
    <w:p w14:paraId="32AA92C1" w14:textId="77777777" w:rsidR="009A193E" w:rsidRDefault="00000000">
      <w:pPr>
        <w:spacing w:before="140" w:after="80"/>
      </w:pPr>
      <w:r>
        <w:rPr>
          <w:b/>
          <w:color w:val="2B6B27"/>
          <w:sz w:val="23"/>
        </w:rPr>
        <w:t>Database Search Record 1</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664"/>
        <w:gridCol w:w="6768"/>
      </w:tblGrid>
      <w:tr w:rsidR="009A193E" w14:paraId="2A2A69AC" w14:textId="77777777">
        <w:trPr>
          <w:jc w:val="center"/>
        </w:trPr>
        <w:tc>
          <w:tcPr>
            <w:tcW w:w="2664" w:type="dxa"/>
            <w:shd w:val="clear" w:color="auto" w:fill="EEF5ED"/>
            <w:tcMar>
              <w:top w:w="80" w:type="dxa"/>
              <w:left w:w="100" w:type="dxa"/>
              <w:bottom w:w="80" w:type="dxa"/>
              <w:right w:w="100" w:type="dxa"/>
            </w:tcMar>
          </w:tcPr>
          <w:p w14:paraId="54CCB7AD" w14:textId="77777777" w:rsidR="009A193E" w:rsidRDefault="00000000">
            <w:r>
              <w:rPr>
                <w:b/>
                <w:color w:val="2B6B27"/>
                <w:sz w:val="17"/>
              </w:rPr>
              <w:t>Database / platform</w:t>
            </w:r>
          </w:p>
        </w:tc>
        <w:tc>
          <w:tcPr>
            <w:tcW w:w="6768" w:type="dxa"/>
            <w:tcMar>
              <w:top w:w="80" w:type="dxa"/>
              <w:left w:w="100" w:type="dxa"/>
              <w:bottom w:w="80" w:type="dxa"/>
              <w:right w:w="100" w:type="dxa"/>
            </w:tcMar>
          </w:tcPr>
          <w:p w14:paraId="4CAF3F37" w14:textId="77777777" w:rsidR="009A193E" w:rsidRDefault="009A193E"/>
          <w:p w14:paraId="2534D29D" w14:textId="77777777" w:rsidR="009A193E" w:rsidRDefault="00000000">
            <w:r>
              <w:br/>
            </w:r>
          </w:p>
          <w:p w14:paraId="7A18F2E0" w14:textId="54FE0D50" w:rsidR="008A0B66" w:rsidRDefault="008A0B66"/>
        </w:tc>
      </w:tr>
      <w:tr w:rsidR="009A193E" w14:paraId="1112AD6A" w14:textId="77777777">
        <w:trPr>
          <w:jc w:val="center"/>
        </w:trPr>
        <w:tc>
          <w:tcPr>
            <w:tcW w:w="2664" w:type="dxa"/>
            <w:shd w:val="clear" w:color="auto" w:fill="EEF5ED"/>
            <w:tcMar>
              <w:top w:w="80" w:type="dxa"/>
              <w:left w:w="100" w:type="dxa"/>
              <w:bottom w:w="80" w:type="dxa"/>
              <w:right w:w="100" w:type="dxa"/>
            </w:tcMar>
          </w:tcPr>
          <w:p w14:paraId="3824AD59" w14:textId="77777777" w:rsidR="009A193E" w:rsidRDefault="00000000">
            <w:r>
              <w:rPr>
                <w:b/>
                <w:color w:val="2B6B27"/>
                <w:sz w:val="17"/>
              </w:rPr>
              <w:t>Date searched</w:t>
            </w:r>
          </w:p>
        </w:tc>
        <w:tc>
          <w:tcPr>
            <w:tcW w:w="6768" w:type="dxa"/>
            <w:tcMar>
              <w:top w:w="80" w:type="dxa"/>
              <w:left w:w="100" w:type="dxa"/>
              <w:bottom w:w="80" w:type="dxa"/>
              <w:right w:w="100" w:type="dxa"/>
            </w:tcMar>
          </w:tcPr>
          <w:p w14:paraId="721AFC35" w14:textId="77777777" w:rsidR="009A193E" w:rsidRDefault="009A193E"/>
          <w:p w14:paraId="3C2EBE57" w14:textId="77777777" w:rsidR="008A0B66" w:rsidRDefault="008A0B66"/>
          <w:p w14:paraId="104A6508" w14:textId="77777777" w:rsidR="009A193E" w:rsidRDefault="00000000">
            <w:r>
              <w:br/>
            </w:r>
          </w:p>
        </w:tc>
      </w:tr>
      <w:tr w:rsidR="009A193E" w14:paraId="7561AA56" w14:textId="77777777">
        <w:trPr>
          <w:jc w:val="center"/>
        </w:trPr>
        <w:tc>
          <w:tcPr>
            <w:tcW w:w="2664" w:type="dxa"/>
            <w:shd w:val="clear" w:color="auto" w:fill="EEF5ED"/>
            <w:tcMar>
              <w:top w:w="80" w:type="dxa"/>
              <w:left w:w="100" w:type="dxa"/>
              <w:bottom w:w="80" w:type="dxa"/>
              <w:right w:w="100" w:type="dxa"/>
            </w:tcMar>
          </w:tcPr>
          <w:p w14:paraId="14937641" w14:textId="77777777" w:rsidR="009A193E" w:rsidRDefault="00000000">
            <w:r>
              <w:rPr>
                <w:b/>
                <w:color w:val="2B6B27"/>
                <w:sz w:val="17"/>
              </w:rPr>
              <w:t>Exact search string</w:t>
            </w:r>
          </w:p>
        </w:tc>
        <w:tc>
          <w:tcPr>
            <w:tcW w:w="6768" w:type="dxa"/>
            <w:tcMar>
              <w:top w:w="80" w:type="dxa"/>
              <w:left w:w="100" w:type="dxa"/>
              <w:bottom w:w="80" w:type="dxa"/>
              <w:right w:w="100" w:type="dxa"/>
            </w:tcMar>
          </w:tcPr>
          <w:p w14:paraId="782C5EAC" w14:textId="77777777" w:rsidR="009A193E" w:rsidRDefault="009A193E"/>
          <w:p w14:paraId="4DC3A805" w14:textId="77777777" w:rsidR="008A0B66" w:rsidRDefault="008A0B66"/>
          <w:p w14:paraId="5938DC20" w14:textId="77777777" w:rsidR="009A193E" w:rsidRDefault="00000000">
            <w:r>
              <w:br/>
            </w:r>
          </w:p>
        </w:tc>
      </w:tr>
      <w:tr w:rsidR="009A193E" w14:paraId="3E071423" w14:textId="77777777">
        <w:trPr>
          <w:jc w:val="center"/>
        </w:trPr>
        <w:tc>
          <w:tcPr>
            <w:tcW w:w="2664" w:type="dxa"/>
            <w:shd w:val="clear" w:color="auto" w:fill="EEF5ED"/>
            <w:tcMar>
              <w:top w:w="80" w:type="dxa"/>
              <w:left w:w="100" w:type="dxa"/>
              <w:bottom w:w="80" w:type="dxa"/>
              <w:right w:w="100" w:type="dxa"/>
            </w:tcMar>
          </w:tcPr>
          <w:p w14:paraId="3ED0A8F7" w14:textId="77777777" w:rsidR="009A193E" w:rsidRDefault="00000000">
            <w:r>
              <w:rPr>
                <w:b/>
                <w:color w:val="2B6B27"/>
                <w:sz w:val="17"/>
              </w:rPr>
              <w:t>Subject headings used</w:t>
            </w:r>
          </w:p>
        </w:tc>
        <w:tc>
          <w:tcPr>
            <w:tcW w:w="6768" w:type="dxa"/>
            <w:tcMar>
              <w:top w:w="80" w:type="dxa"/>
              <w:left w:w="100" w:type="dxa"/>
              <w:bottom w:w="80" w:type="dxa"/>
              <w:right w:w="100" w:type="dxa"/>
            </w:tcMar>
          </w:tcPr>
          <w:p w14:paraId="65EEF228" w14:textId="77777777" w:rsidR="009A193E" w:rsidRDefault="009A193E"/>
          <w:p w14:paraId="4E8D2F07" w14:textId="77777777" w:rsidR="008A0B66" w:rsidRDefault="008A0B66"/>
          <w:p w14:paraId="1ACCCDFD" w14:textId="6611A8FF" w:rsidR="009A193E" w:rsidRDefault="00000000">
            <w:r>
              <w:br/>
            </w:r>
          </w:p>
        </w:tc>
      </w:tr>
      <w:tr w:rsidR="009A193E" w14:paraId="1D262D9B" w14:textId="77777777">
        <w:trPr>
          <w:jc w:val="center"/>
        </w:trPr>
        <w:tc>
          <w:tcPr>
            <w:tcW w:w="2664" w:type="dxa"/>
            <w:shd w:val="clear" w:color="auto" w:fill="EEF5ED"/>
            <w:tcMar>
              <w:top w:w="80" w:type="dxa"/>
              <w:left w:w="100" w:type="dxa"/>
              <w:bottom w:w="80" w:type="dxa"/>
              <w:right w:w="100" w:type="dxa"/>
            </w:tcMar>
          </w:tcPr>
          <w:p w14:paraId="309C6985" w14:textId="77777777" w:rsidR="009A193E" w:rsidRDefault="00000000">
            <w:r>
              <w:rPr>
                <w:b/>
                <w:color w:val="2B6B27"/>
                <w:sz w:val="17"/>
              </w:rPr>
              <w:t>Filters / limits applied</w:t>
            </w:r>
          </w:p>
        </w:tc>
        <w:tc>
          <w:tcPr>
            <w:tcW w:w="6768" w:type="dxa"/>
            <w:tcMar>
              <w:top w:w="80" w:type="dxa"/>
              <w:left w:w="100" w:type="dxa"/>
              <w:bottom w:w="80" w:type="dxa"/>
              <w:right w:w="100" w:type="dxa"/>
            </w:tcMar>
          </w:tcPr>
          <w:p w14:paraId="7B88CEE2" w14:textId="77777777" w:rsidR="009A193E" w:rsidRDefault="009A193E"/>
          <w:p w14:paraId="7B7F57C0" w14:textId="77777777" w:rsidR="008A0B66" w:rsidRDefault="008A0B66"/>
          <w:p w14:paraId="4A759D73" w14:textId="19520B11" w:rsidR="009A193E" w:rsidRDefault="00000000">
            <w:r>
              <w:br/>
            </w:r>
          </w:p>
        </w:tc>
      </w:tr>
      <w:tr w:rsidR="009A193E" w14:paraId="632D217D" w14:textId="77777777">
        <w:trPr>
          <w:jc w:val="center"/>
        </w:trPr>
        <w:tc>
          <w:tcPr>
            <w:tcW w:w="2664" w:type="dxa"/>
            <w:shd w:val="clear" w:color="auto" w:fill="EEF5ED"/>
            <w:tcMar>
              <w:top w:w="80" w:type="dxa"/>
              <w:left w:w="100" w:type="dxa"/>
              <w:bottom w:w="80" w:type="dxa"/>
              <w:right w:w="100" w:type="dxa"/>
            </w:tcMar>
          </w:tcPr>
          <w:p w14:paraId="5CB04B34" w14:textId="77777777" w:rsidR="009A193E" w:rsidRDefault="00000000">
            <w:r>
              <w:rPr>
                <w:b/>
                <w:color w:val="2B6B27"/>
                <w:sz w:val="17"/>
              </w:rPr>
              <w:t>Results before filters</w:t>
            </w:r>
          </w:p>
        </w:tc>
        <w:tc>
          <w:tcPr>
            <w:tcW w:w="6768" w:type="dxa"/>
            <w:tcMar>
              <w:top w:w="80" w:type="dxa"/>
              <w:left w:w="100" w:type="dxa"/>
              <w:bottom w:w="80" w:type="dxa"/>
              <w:right w:w="100" w:type="dxa"/>
            </w:tcMar>
          </w:tcPr>
          <w:p w14:paraId="7241F70F" w14:textId="77777777" w:rsidR="009A193E" w:rsidRDefault="009A193E"/>
          <w:p w14:paraId="0DBB9A72" w14:textId="77777777" w:rsidR="008A0B66" w:rsidRDefault="008A0B66"/>
          <w:p w14:paraId="67AFED3D" w14:textId="5F565304" w:rsidR="009A193E" w:rsidRDefault="00000000">
            <w:r>
              <w:br/>
            </w:r>
          </w:p>
        </w:tc>
      </w:tr>
      <w:tr w:rsidR="009A193E" w14:paraId="3C5ADD5C" w14:textId="77777777">
        <w:trPr>
          <w:jc w:val="center"/>
        </w:trPr>
        <w:tc>
          <w:tcPr>
            <w:tcW w:w="2664" w:type="dxa"/>
            <w:shd w:val="clear" w:color="auto" w:fill="EEF5ED"/>
            <w:tcMar>
              <w:top w:w="80" w:type="dxa"/>
              <w:left w:w="100" w:type="dxa"/>
              <w:bottom w:w="80" w:type="dxa"/>
              <w:right w:w="100" w:type="dxa"/>
            </w:tcMar>
          </w:tcPr>
          <w:p w14:paraId="556A9A91" w14:textId="77777777" w:rsidR="009A193E" w:rsidRDefault="00000000">
            <w:r>
              <w:rPr>
                <w:b/>
                <w:color w:val="2B6B27"/>
                <w:sz w:val="17"/>
              </w:rPr>
              <w:t>Results after filters</w:t>
            </w:r>
          </w:p>
        </w:tc>
        <w:tc>
          <w:tcPr>
            <w:tcW w:w="6768" w:type="dxa"/>
            <w:tcMar>
              <w:top w:w="80" w:type="dxa"/>
              <w:left w:w="100" w:type="dxa"/>
              <w:bottom w:w="80" w:type="dxa"/>
              <w:right w:w="100" w:type="dxa"/>
            </w:tcMar>
          </w:tcPr>
          <w:p w14:paraId="75B88490" w14:textId="77777777" w:rsidR="009A193E" w:rsidRDefault="009A193E"/>
          <w:p w14:paraId="108BE48C" w14:textId="77777777" w:rsidR="008A0B66" w:rsidRDefault="008A0B66"/>
          <w:p w14:paraId="42C28AFD" w14:textId="7120C0A8" w:rsidR="009A193E" w:rsidRDefault="00000000">
            <w:r>
              <w:br/>
            </w:r>
          </w:p>
        </w:tc>
      </w:tr>
      <w:tr w:rsidR="009A193E" w14:paraId="2A9BE71F" w14:textId="77777777">
        <w:trPr>
          <w:jc w:val="center"/>
        </w:trPr>
        <w:tc>
          <w:tcPr>
            <w:tcW w:w="2664" w:type="dxa"/>
            <w:shd w:val="clear" w:color="auto" w:fill="EEF5ED"/>
            <w:tcMar>
              <w:top w:w="80" w:type="dxa"/>
              <w:left w:w="100" w:type="dxa"/>
              <w:bottom w:w="80" w:type="dxa"/>
              <w:right w:w="100" w:type="dxa"/>
            </w:tcMar>
          </w:tcPr>
          <w:p w14:paraId="04EAD6E9" w14:textId="77777777" w:rsidR="009A193E" w:rsidRDefault="00000000">
            <w:r>
              <w:rPr>
                <w:b/>
                <w:color w:val="2B6B27"/>
                <w:sz w:val="17"/>
              </w:rPr>
              <w:t>Records retained for initial screening</w:t>
            </w:r>
          </w:p>
        </w:tc>
        <w:tc>
          <w:tcPr>
            <w:tcW w:w="6768" w:type="dxa"/>
            <w:tcMar>
              <w:top w:w="80" w:type="dxa"/>
              <w:left w:w="100" w:type="dxa"/>
              <w:bottom w:w="80" w:type="dxa"/>
              <w:right w:w="100" w:type="dxa"/>
            </w:tcMar>
          </w:tcPr>
          <w:p w14:paraId="40435CDF" w14:textId="77777777" w:rsidR="009A193E" w:rsidRDefault="009A193E"/>
          <w:p w14:paraId="55B60189" w14:textId="77777777" w:rsidR="008A0B66" w:rsidRDefault="008A0B66"/>
          <w:p w14:paraId="734EA1A3" w14:textId="61CB778B" w:rsidR="009A193E" w:rsidRDefault="00000000">
            <w:r>
              <w:br/>
            </w:r>
          </w:p>
        </w:tc>
      </w:tr>
    </w:tbl>
    <w:p w14:paraId="71C7ACF0" w14:textId="4265D024" w:rsidR="008A0B66" w:rsidRDefault="008A0B66">
      <w:pPr>
        <w:spacing w:after="200" w:line="276" w:lineRule="auto"/>
        <w:rPr>
          <w:b/>
          <w:color w:val="2B6B27"/>
          <w:sz w:val="23"/>
        </w:rPr>
      </w:pPr>
    </w:p>
    <w:p w14:paraId="39FE624F" w14:textId="779387A5" w:rsidR="009A193E" w:rsidRDefault="00000000">
      <w:pPr>
        <w:spacing w:before="140" w:after="80"/>
      </w:pPr>
      <w:r>
        <w:rPr>
          <w:b/>
          <w:color w:val="2B6B27"/>
          <w:sz w:val="23"/>
        </w:rPr>
        <w:lastRenderedPageBreak/>
        <w:t>Database Search Record 2</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2664"/>
        <w:gridCol w:w="6768"/>
      </w:tblGrid>
      <w:tr w:rsidR="009A193E" w14:paraId="64A4C56B" w14:textId="77777777">
        <w:trPr>
          <w:jc w:val="center"/>
        </w:trPr>
        <w:tc>
          <w:tcPr>
            <w:tcW w:w="2664" w:type="dxa"/>
            <w:shd w:val="clear" w:color="auto" w:fill="EEF5ED"/>
            <w:tcMar>
              <w:top w:w="80" w:type="dxa"/>
              <w:left w:w="100" w:type="dxa"/>
              <w:bottom w:w="80" w:type="dxa"/>
              <w:right w:w="100" w:type="dxa"/>
            </w:tcMar>
          </w:tcPr>
          <w:p w14:paraId="6F0E4691" w14:textId="77777777" w:rsidR="009A193E" w:rsidRDefault="00000000">
            <w:r>
              <w:rPr>
                <w:b/>
                <w:color w:val="2B6B27"/>
                <w:sz w:val="17"/>
              </w:rPr>
              <w:t>Database / platform</w:t>
            </w:r>
          </w:p>
        </w:tc>
        <w:tc>
          <w:tcPr>
            <w:tcW w:w="6768" w:type="dxa"/>
            <w:tcMar>
              <w:top w:w="80" w:type="dxa"/>
              <w:left w:w="100" w:type="dxa"/>
              <w:bottom w:w="80" w:type="dxa"/>
              <w:right w:w="100" w:type="dxa"/>
            </w:tcMar>
          </w:tcPr>
          <w:p w14:paraId="11B608A9" w14:textId="77777777" w:rsidR="009A193E" w:rsidRDefault="009A193E"/>
          <w:p w14:paraId="24312BC7" w14:textId="77777777" w:rsidR="008A0B66" w:rsidRDefault="008A0B66"/>
          <w:p w14:paraId="0F770919" w14:textId="56EEDA15" w:rsidR="009A193E" w:rsidRDefault="00000000">
            <w:r>
              <w:br/>
            </w:r>
          </w:p>
        </w:tc>
      </w:tr>
      <w:tr w:rsidR="009A193E" w14:paraId="7C4456B4" w14:textId="77777777">
        <w:trPr>
          <w:jc w:val="center"/>
        </w:trPr>
        <w:tc>
          <w:tcPr>
            <w:tcW w:w="2664" w:type="dxa"/>
            <w:shd w:val="clear" w:color="auto" w:fill="EEF5ED"/>
            <w:tcMar>
              <w:top w:w="80" w:type="dxa"/>
              <w:left w:w="100" w:type="dxa"/>
              <w:bottom w:w="80" w:type="dxa"/>
              <w:right w:w="100" w:type="dxa"/>
            </w:tcMar>
          </w:tcPr>
          <w:p w14:paraId="203682B3" w14:textId="77777777" w:rsidR="009A193E" w:rsidRDefault="00000000">
            <w:r>
              <w:rPr>
                <w:b/>
                <w:color w:val="2B6B27"/>
                <w:sz w:val="17"/>
              </w:rPr>
              <w:t>Date searched</w:t>
            </w:r>
          </w:p>
        </w:tc>
        <w:tc>
          <w:tcPr>
            <w:tcW w:w="6768" w:type="dxa"/>
            <w:tcMar>
              <w:top w:w="80" w:type="dxa"/>
              <w:left w:w="100" w:type="dxa"/>
              <w:bottom w:w="80" w:type="dxa"/>
              <w:right w:w="100" w:type="dxa"/>
            </w:tcMar>
          </w:tcPr>
          <w:p w14:paraId="6640C4EC" w14:textId="77777777" w:rsidR="009A193E" w:rsidRDefault="009A193E"/>
          <w:p w14:paraId="159A8C68" w14:textId="77777777" w:rsidR="008A0B66" w:rsidRDefault="008A0B66"/>
          <w:p w14:paraId="5DCF7EE7" w14:textId="0D692419" w:rsidR="009A193E" w:rsidRDefault="00000000">
            <w:r>
              <w:br/>
            </w:r>
          </w:p>
        </w:tc>
      </w:tr>
      <w:tr w:rsidR="009A193E" w14:paraId="5FA257D8" w14:textId="77777777">
        <w:trPr>
          <w:jc w:val="center"/>
        </w:trPr>
        <w:tc>
          <w:tcPr>
            <w:tcW w:w="2664" w:type="dxa"/>
            <w:shd w:val="clear" w:color="auto" w:fill="EEF5ED"/>
            <w:tcMar>
              <w:top w:w="80" w:type="dxa"/>
              <w:left w:w="100" w:type="dxa"/>
              <w:bottom w:w="80" w:type="dxa"/>
              <w:right w:w="100" w:type="dxa"/>
            </w:tcMar>
          </w:tcPr>
          <w:p w14:paraId="64BF4215" w14:textId="77777777" w:rsidR="009A193E" w:rsidRDefault="00000000">
            <w:r>
              <w:rPr>
                <w:b/>
                <w:color w:val="2B6B27"/>
                <w:sz w:val="17"/>
              </w:rPr>
              <w:t>Exact search string</w:t>
            </w:r>
          </w:p>
        </w:tc>
        <w:tc>
          <w:tcPr>
            <w:tcW w:w="6768" w:type="dxa"/>
            <w:tcMar>
              <w:top w:w="80" w:type="dxa"/>
              <w:left w:w="100" w:type="dxa"/>
              <w:bottom w:w="80" w:type="dxa"/>
              <w:right w:w="100" w:type="dxa"/>
            </w:tcMar>
          </w:tcPr>
          <w:p w14:paraId="185701DD" w14:textId="77777777" w:rsidR="009A193E" w:rsidRDefault="009A193E"/>
          <w:p w14:paraId="2AA509A0" w14:textId="77777777" w:rsidR="008A0B66" w:rsidRDefault="008A0B66"/>
          <w:p w14:paraId="5CEF33C8" w14:textId="65092388" w:rsidR="009A193E" w:rsidRDefault="00000000">
            <w:r>
              <w:br/>
            </w:r>
          </w:p>
        </w:tc>
      </w:tr>
      <w:tr w:rsidR="009A193E" w14:paraId="4B71D622" w14:textId="77777777">
        <w:trPr>
          <w:jc w:val="center"/>
        </w:trPr>
        <w:tc>
          <w:tcPr>
            <w:tcW w:w="2664" w:type="dxa"/>
            <w:shd w:val="clear" w:color="auto" w:fill="EEF5ED"/>
            <w:tcMar>
              <w:top w:w="80" w:type="dxa"/>
              <w:left w:w="100" w:type="dxa"/>
              <w:bottom w:w="80" w:type="dxa"/>
              <w:right w:w="100" w:type="dxa"/>
            </w:tcMar>
          </w:tcPr>
          <w:p w14:paraId="7210F1A7" w14:textId="77777777" w:rsidR="009A193E" w:rsidRDefault="00000000">
            <w:r>
              <w:rPr>
                <w:b/>
                <w:color w:val="2B6B27"/>
                <w:sz w:val="17"/>
              </w:rPr>
              <w:t>Subject headings used</w:t>
            </w:r>
          </w:p>
        </w:tc>
        <w:tc>
          <w:tcPr>
            <w:tcW w:w="6768" w:type="dxa"/>
            <w:tcMar>
              <w:top w:w="80" w:type="dxa"/>
              <w:left w:w="100" w:type="dxa"/>
              <w:bottom w:w="80" w:type="dxa"/>
              <w:right w:w="100" w:type="dxa"/>
            </w:tcMar>
          </w:tcPr>
          <w:p w14:paraId="0F137AFF" w14:textId="77777777" w:rsidR="009A193E" w:rsidRDefault="009A193E"/>
          <w:p w14:paraId="76015139" w14:textId="77777777" w:rsidR="008A0B66" w:rsidRDefault="008A0B66"/>
          <w:p w14:paraId="79624EB1" w14:textId="186F0436" w:rsidR="009A193E" w:rsidRDefault="00000000">
            <w:r>
              <w:br/>
            </w:r>
          </w:p>
        </w:tc>
      </w:tr>
      <w:tr w:rsidR="009A193E" w14:paraId="43D2590E" w14:textId="77777777">
        <w:trPr>
          <w:jc w:val="center"/>
        </w:trPr>
        <w:tc>
          <w:tcPr>
            <w:tcW w:w="2664" w:type="dxa"/>
            <w:shd w:val="clear" w:color="auto" w:fill="EEF5ED"/>
            <w:tcMar>
              <w:top w:w="80" w:type="dxa"/>
              <w:left w:w="100" w:type="dxa"/>
              <w:bottom w:w="80" w:type="dxa"/>
              <w:right w:w="100" w:type="dxa"/>
            </w:tcMar>
          </w:tcPr>
          <w:p w14:paraId="6930BDAD" w14:textId="77777777" w:rsidR="009A193E" w:rsidRDefault="00000000">
            <w:r>
              <w:rPr>
                <w:b/>
                <w:color w:val="2B6B27"/>
                <w:sz w:val="17"/>
              </w:rPr>
              <w:t>Filters / limits applied</w:t>
            </w:r>
          </w:p>
        </w:tc>
        <w:tc>
          <w:tcPr>
            <w:tcW w:w="6768" w:type="dxa"/>
            <w:tcMar>
              <w:top w:w="80" w:type="dxa"/>
              <w:left w:w="100" w:type="dxa"/>
              <w:bottom w:w="80" w:type="dxa"/>
              <w:right w:w="100" w:type="dxa"/>
            </w:tcMar>
          </w:tcPr>
          <w:p w14:paraId="0DE98233" w14:textId="77777777" w:rsidR="009A193E" w:rsidRDefault="009A193E"/>
          <w:p w14:paraId="31DBE842" w14:textId="77777777" w:rsidR="008A0B66" w:rsidRDefault="008A0B66"/>
          <w:p w14:paraId="523484AA" w14:textId="2B95EE18" w:rsidR="009A193E" w:rsidRDefault="00000000">
            <w:r>
              <w:br/>
            </w:r>
          </w:p>
        </w:tc>
      </w:tr>
      <w:tr w:rsidR="009A193E" w14:paraId="39D91653" w14:textId="77777777">
        <w:trPr>
          <w:jc w:val="center"/>
        </w:trPr>
        <w:tc>
          <w:tcPr>
            <w:tcW w:w="2664" w:type="dxa"/>
            <w:shd w:val="clear" w:color="auto" w:fill="EEF5ED"/>
            <w:tcMar>
              <w:top w:w="80" w:type="dxa"/>
              <w:left w:w="100" w:type="dxa"/>
              <w:bottom w:w="80" w:type="dxa"/>
              <w:right w:w="100" w:type="dxa"/>
            </w:tcMar>
          </w:tcPr>
          <w:p w14:paraId="77AF4C1E" w14:textId="77777777" w:rsidR="009A193E" w:rsidRDefault="00000000">
            <w:r>
              <w:rPr>
                <w:b/>
                <w:color w:val="2B6B27"/>
                <w:sz w:val="17"/>
              </w:rPr>
              <w:t>Results before filters</w:t>
            </w:r>
          </w:p>
        </w:tc>
        <w:tc>
          <w:tcPr>
            <w:tcW w:w="6768" w:type="dxa"/>
            <w:tcMar>
              <w:top w:w="80" w:type="dxa"/>
              <w:left w:w="100" w:type="dxa"/>
              <w:bottom w:w="80" w:type="dxa"/>
              <w:right w:w="100" w:type="dxa"/>
            </w:tcMar>
          </w:tcPr>
          <w:p w14:paraId="1B081988" w14:textId="77777777" w:rsidR="009A193E" w:rsidRDefault="009A193E"/>
          <w:p w14:paraId="6AC71096" w14:textId="77777777" w:rsidR="008A0B66" w:rsidRDefault="008A0B66"/>
          <w:p w14:paraId="20C828FC" w14:textId="5C6A0823" w:rsidR="009A193E" w:rsidRDefault="00000000">
            <w:r>
              <w:br/>
            </w:r>
          </w:p>
        </w:tc>
      </w:tr>
      <w:tr w:rsidR="009A193E" w14:paraId="2A3D905B" w14:textId="77777777">
        <w:trPr>
          <w:jc w:val="center"/>
        </w:trPr>
        <w:tc>
          <w:tcPr>
            <w:tcW w:w="2664" w:type="dxa"/>
            <w:shd w:val="clear" w:color="auto" w:fill="EEF5ED"/>
            <w:tcMar>
              <w:top w:w="80" w:type="dxa"/>
              <w:left w:w="100" w:type="dxa"/>
              <w:bottom w:w="80" w:type="dxa"/>
              <w:right w:w="100" w:type="dxa"/>
            </w:tcMar>
          </w:tcPr>
          <w:p w14:paraId="583A52A1" w14:textId="77777777" w:rsidR="009A193E" w:rsidRDefault="00000000">
            <w:r>
              <w:rPr>
                <w:b/>
                <w:color w:val="2B6B27"/>
                <w:sz w:val="17"/>
              </w:rPr>
              <w:t>Results after filters</w:t>
            </w:r>
          </w:p>
        </w:tc>
        <w:tc>
          <w:tcPr>
            <w:tcW w:w="6768" w:type="dxa"/>
            <w:tcMar>
              <w:top w:w="80" w:type="dxa"/>
              <w:left w:w="100" w:type="dxa"/>
              <w:bottom w:w="80" w:type="dxa"/>
              <w:right w:w="100" w:type="dxa"/>
            </w:tcMar>
          </w:tcPr>
          <w:p w14:paraId="5080DA95" w14:textId="77777777" w:rsidR="009A193E" w:rsidRDefault="009A193E"/>
          <w:p w14:paraId="764B56F7" w14:textId="77777777" w:rsidR="008A0B66" w:rsidRDefault="008A0B66"/>
          <w:p w14:paraId="7A4E55C6" w14:textId="71D43D94" w:rsidR="009A193E" w:rsidRDefault="00000000">
            <w:r>
              <w:br/>
            </w:r>
          </w:p>
        </w:tc>
      </w:tr>
      <w:tr w:rsidR="009A193E" w14:paraId="693A02CD" w14:textId="77777777">
        <w:trPr>
          <w:jc w:val="center"/>
        </w:trPr>
        <w:tc>
          <w:tcPr>
            <w:tcW w:w="2664" w:type="dxa"/>
            <w:shd w:val="clear" w:color="auto" w:fill="EEF5ED"/>
            <w:tcMar>
              <w:top w:w="80" w:type="dxa"/>
              <w:left w:w="100" w:type="dxa"/>
              <w:bottom w:w="80" w:type="dxa"/>
              <w:right w:w="100" w:type="dxa"/>
            </w:tcMar>
          </w:tcPr>
          <w:p w14:paraId="16D7BD9D" w14:textId="77777777" w:rsidR="009A193E" w:rsidRDefault="00000000">
            <w:r>
              <w:rPr>
                <w:b/>
                <w:color w:val="2B6B27"/>
                <w:sz w:val="17"/>
              </w:rPr>
              <w:t>Records retained for initial screening</w:t>
            </w:r>
          </w:p>
        </w:tc>
        <w:tc>
          <w:tcPr>
            <w:tcW w:w="6768" w:type="dxa"/>
            <w:tcMar>
              <w:top w:w="80" w:type="dxa"/>
              <w:left w:w="100" w:type="dxa"/>
              <w:bottom w:w="80" w:type="dxa"/>
              <w:right w:w="100" w:type="dxa"/>
            </w:tcMar>
          </w:tcPr>
          <w:p w14:paraId="6D91FF9B" w14:textId="77777777" w:rsidR="009A193E" w:rsidRDefault="009A193E"/>
          <w:p w14:paraId="113BCD8B" w14:textId="77777777" w:rsidR="008A0B66" w:rsidRDefault="008A0B66"/>
          <w:p w14:paraId="1507D9C4" w14:textId="77777777" w:rsidR="009A193E" w:rsidRDefault="00000000">
            <w:r>
              <w:br/>
            </w:r>
          </w:p>
        </w:tc>
      </w:tr>
    </w:tbl>
    <w:p w14:paraId="718A6110" w14:textId="77777777" w:rsidR="009A193E" w:rsidRDefault="00000000">
      <w:pPr>
        <w:pageBreakBefore/>
        <w:pBdr>
          <w:bottom w:val="single" w:sz="8" w:space="3" w:color="2B6B27"/>
        </w:pBdr>
        <w:spacing w:before="80" w:after="160"/>
      </w:pPr>
      <w:r>
        <w:rPr>
          <w:rFonts w:ascii="EB Garamond" w:hAnsi="EB Garamond"/>
          <w:b/>
          <w:color w:val="2B6B27"/>
          <w:sz w:val="34"/>
        </w:rPr>
        <w:lastRenderedPageBreak/>
        <w:t xml:space="preserve">5. </w:t>
      </w:r>
      <w:r>
        <w:rPr>
          <w:rFonts w:ascii="EB Garamond" w:hAnsi="EB Garamond"/>
          <w:b/>
          <w:sz w:val="34"/>
        </w:rPr>
        <w:t>Search Revision Log</w:t>
      </w:r>
    </w:p>
    <w:p w14:paraId="64BAA6E9" w14:textId="77777777" w:rsidR="009A193E" w:rsidRDefault="00000000">
      <w:pPr>
        <w:spacing w:after="120"/>
      </w:pPr>
      <w:r>
        <w:rPr>
          <w:color w:val="66706A"/>
          <w:sz w:val="18"/>
        </w:rPr>
        <w:t>Record how and why the strategy changed. This creates an audit trail and helps explain the final search methodology.</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1931"/>
        <w:gridCol w:w="1969"/>
        <w:gridCol w:w="2224"/>
        <w:gridCol w:w="1920"/>
        <w:gridCol w:w="2358"/>
      </w:tblGrid>
      <w:tr w:rsidR="009A193E" w14:paraId="50317E93" w14:textId="77777777">
        <w:trPr>
          <w:jc w:val="center"/>
        </w:trPr>
        <w:tc>
          <w:tcPr>
            <w:tcW w:w="1224" w:type="dxa"/>
            <w:shd w:val="clear" w:color="auto" w:fill="2B6B27"/>
            <w:tcMar>
              <w:top w:w="70" w:type="dxa"/>
              <w:left w:w="60" w:type="dxa"/>
              <w:bottom w:w="70" w:type="dxa"/>
              <w:right w:w="60" w:type="dxa"/>
            </w:tcMar>
          </w:tcPr>
          <w:p w14:paraId="67A21B79" w14:textId="77777777" w:rsidR="009A193E" w:rsidRDefault="00000000">
            <w:r>
              <w:rPr>
                <w:b/>
                <w:color w:val="FFFFFF"/>
                <w:sz w:val="15"/>
              </w:rPr>
              <w:t>Attempt / date</w:t>
            </w:r>
          </w:p>
        </w:tc>
        <w:tc>
          <w:tcPr>
            <w:tcW w:w="2088" w:type="dxa"/>
            <w:shd w:val="clear" w:color="auto" w:fill="2B6B27"/>
            <w:tcMar>
              <w:top w:w="70" w:type="dxa"/>
              <w:left w:w="60" w:type="dxa"/>
              <w:bottom w:w="70" w:type="dxa"/>
              <w:right w:w="60" w:type="dxa"/>
            </w:tcMar>
          </w:tcPr>
          <w:p w14:paraId="5104E133" w14:textId="77777777" w:rsidR="009A193E" w:rsidRDefault="00000000">
            <w:r>
              <w:rPr>
                <w:b/>
                <w:color w:val="FFFFFF"/>
                <w:sz w:val="15"/>
              </w:rPr>
              <w:t>Problem identified</w:t>
            </w:r>
          </w:p>
        </w:tc>
        <w:tc>
          <w:tcPr>
            <w:tcW w:w="2376" w:type="dxa"/>
            <w:shd w:val="clear" w:color="auto" w:fill="2B6B27"/>
            <w:tcMar>
              <w:top w:w="70" w:type="dxa"/>
              <w:left w:w="60" w:type="dxa"/>
              <w:bottom w:w="70" w:type="dxa"/>
              <w:right w:w="60" w:type="dxa"/>
            </w:tcMar>
          </w:tcPr>
          <w:p w14:paraId="43403F1D" w14:textId="77777777" w:rsidR="009A193E" w:rsidRDefault="00000000">
            <w:r>
              <w:rPr>
                <w:b/>
                <w:color w:val="FFFFFF"/>
                <w:sz w:val="15"/>
              </w:rPr>
              <w:t>Revision made</w:t>
            </w:r>
          </w:p>
        </w:tc>
        <w:tc>
          <w:tcPr>
            <w:tcW w:w="1296" w:type="dxa"/>
            <w:shd w:val="clear" w:color="auto" w:fill="2B6B27"/>
            <w:tcMar>
              <w:top w:w="70" w:type="dxa"/>
              <w:left w:w="60" w:type="dxa"/>
              <w:bottom w:w="70" w:type="dxa"/>
              <w:right w:w="60" w:type="dxa"/>
            </w:tcMar>
          </w:tcPr>
          <w:p w14:paraId="12C2105B" w14:textId="77777777" w:rsidR="009A193E" w:rsidRDefault="00000000">
            <w:r>
              <w:rPr>
                <w:b/>
                <w:color w:val="FFFFFF"/>
                <w:sz w:val="15"/>
              </w:rPr>
              <w:t>Result count</w:t>
            </w:r>
          </w:p>
        </w:tc>
        <w:tc>
          <w:tcPr>
            <w:tcW w:w="2520" w:type="dxa"/>
            <w:shd w:val="clear" w:color="auto" w:fill="2B6B27"/>
            <w:tcMar>
              <w:top w:w="70" w:type="dxa"/>
              <w:left w:w="60" w:type="dxa"/>
              <w:bottom w:w="70" w:type="dxa"/>
              <w:right w:w="60" w:type="dxa"/>
            </w:tcMar>
          </w:tcPr>
          <w:p w14:paraId="39FA3E36" w14:textId="77777777" w:rsidR="009A193E" w:rsidRDefault="00000000">
            <w:r>
              <w:rPr>
                <w:b/>
                <w:color w:val="FFFFFF"/>
                <w:sz w:val="15"/>
              </w:rPr>
              <w:t>Decision / rationale</w:t>
            </w:r>
          </w:p>
        </w:tc>
      </w:tr>
      <w:tr w:rsidR="009A193E" w14:paraId="4E9A6367" w14:textId="77777777">
        <w:trPr>
          <w:jc w:val="center"/>
        </w:trPr>
        <w:tc>
          <w:tcPr>
            <w:tcW w:w="2056" w:type="dxa"/>
            <w:tcMar>
              <w:top w:w="70" w:type="dxa"/>
              <w:left w:w="60" w:type="dxa"/>
              <w:bottom w:w="70" w:type="dxa"/>
              <w:right w:w="60" w:type="dxa"/>
            </w:tcMar>
          </w:tcPr>
          <w:p w14:paraId="15D1A8E5" w14:textId="77777777" w:rsidR="009A193E" w:rsidRDefault="009A193E"/>
          <w:p w14:paraId="2749045A" w14:textId="77777777" w:rsidR="009A193E" w:rsidRDefault="00000000">
            <w:r>
              <w:br/>
            </w:r>
          </w:p>
        </w:tc>
        <w:tc>
          <w:tcPr>
            <w:tcW w:w="2056" w:type="dxa"/>
            <w:tcMar>
              <w:top w:w="70" w:type="dxa"/>
              <w:left w:w="60" w:type="dxa"/>
              <w:bottom w:w="70" w:type="dxa"/>
              <w:right w:w="60" w:type="dxa"/>
            </w:tcMar>
          </w:tcPr>
          <w:p w14:paraId="3738BC26" w14:textId="77777777" w:rsidR="009A193E" w:rsidRDefault="009A193E"/>
          <w:p w14:paraId="1696D446" w14:textId="77777777" w:rsidR="009A193E" w:rsidRDefault="00000000">
            <w:r>
              <w:br/>
            </w:r>
          </w:p>
        </w:tc>
        <w:tc>
          <w:tcPr>
            <w:tcW w:w="2056" w:type="dxa"/>
            <w:tcMar>
              <w:top w:w="70" w:type="dxa"/>
              <w:left w:w="60" w:type="dxa"/>
              <w:bottom w:w="70" w:type="dxa"/>
              <w:right w:w="60" w:type="dxa"/>
            </w:tcMar>
          </w:tcPr>
          <w:p w14:paraId="335A4C6F" w14:textId="77777777" w:rsidR="009A193E" w:rsidRDefault="009A193E"/>
          <w:p w14:paraId="2A331159" w14:textId="77777777" w:rsidR="009A193E" w:rsidRDefault="00000000">
            <w:r>
              <w:br/>
            </w:r>
          </w:p>
        </w:tc>
        <w:tc>
          <w:tcPr>
            <w:tcW w:w="2056" w:type="dxa"/>
            <w:tcMar>
              <w:top w:w="70" w:type="dxa"/>
              <w:left w:w="60" w:type="dxa"/>
              <w:bottom w:w="70" w:type="dxa"/>
              <w:right w:w="60" w:type="dxa"/>
            </w:tcMar>
          </w:tcPr>
          <w:p w14:paraId="042D40B4" w14:textId="77777777" w:rsidR="009A193E" w:rsidRDefault="009A193E"/>
          <w:p w14:paraId="5717E3CD" w14:textId="77777777" w:rsidR="009A193E" w:rsidRDefault="00000000">
            <w:r>
              <w:br/>
            </w:r>
          </w:p>
        </w:tc>
        <w:tc>
          <w:tcPr>
            <w:tcW w:w="2056" w:type="dxa"/>
            <w:tcMar>
              <w:top w:w="70" w:type="dxa"/>
              <w:left w:w="60" w:type="dxa"/>
              <w:bottom w:w="70" w:type="dxa"/>
              <w:right w:w="60" w:type="dxa"/>
            </w:tcMar>
          </w:tcPr>
          <w:p w14:paraId="4A8B01F8" w14:textId="77777777" w:rsidR="009A193E" w:rsidRDefault="009A193E"/>
          <w:p w14:paraId="51D76068" w14:textId="77777777" w:rsidR="009A193E" w:rsidRDefault="00000000">
            <w:r>
              <w:br/>
            </w:r>
          </w:p>
        </w:tc>
      </w:tr>
      <w:tr w:rsidR="009A193E" w14:paraId="25C30E18" w14:textId="77777777">
        <w:trPr>
          <w:jc w:val="center"/>
        </w:trPr>
        <w:tc>
          <w:tcPr>
            <w:tcW w:w="2056" w:type="dxa"/>
            <w:tcMar>
              <w:top w:w="70" w:type="dxa"/>
              <w:left w:w="60" w:type="dxa"/>
              <w:bottom w:w="70" w:type="dxa"/>
              <w:right w:w="60" w:type="dxa"/>
            </w:tcMar>
          </w:tcPr>
          <w:p w14:paraId="13E4364B" w14:textId="77777777" w:rsidR="009A193E" w:rsidRDefault="009A193E"/>
          <w:p w14:paraId="3503A6DA" w14:textId="77777777" w:rsidR="009A193E" w:rsidRDefault="00000000">
            <w:r>
              <w:br/>
            </w:r>
          </w:p>
        </w:tc>
        <w:tc>
          <w:tcPr>
            <w:tcW w:w="2056" w:type="dxa"/>
            <w:tcMar>
              <w:top w:w="70" w:type="dxa"/>
              <w:left w:w="60" w:type="dxa"/>
              <w:bottom w:w="70" w:type="dxa"/>
              <w:right w:w="60" w:type="dxa"/>
            </w:tcMar>
          </w:tcPr>
          <w:p w14:paraId="6824B73C" w14:textId="77777777" w:rsidR="009A193E" w:rsidRDefault="009A193E"/>
          <w:p w14:paraId="639661EB" w14:textId="77777777" w:rsidR="009A193E" w:rsidRDefault="00000000">
            <w:r>
              <w:br/>
            </w:r>
          </w:p>
        </w:tc>
        <w:tc>
          <w:tcPr>
            <w:tcW w:w="2056" w:type="dxa"/>
            <w:tcMar>
              <w:top w:w="70" w:type="dxa"/>
              <w:left w:w="60" w:type="dxa"/>
              <w:bottom w:w="70" w:type="dxa"/>
              <w:right w:w="60" w:type="dxa"/>
            </w:tcMar>
          </w:tcPr>
          <w:p w14:paraId="1B376E82" w14:textId="77777777" w:rsidR="009A193E" w:rsidRDefault="009A193E"/>
          <w:p w14:paraId="3897278D" w14:textId="77777777" w:rsidR="009A193E" w:rsidRDefault="00000000">
            <w:r>
              <w:br/>
            </w:r>
          </w:p>
        </w:tc>
        <w:tc>
          <w:tcPr>
            <w:tcW w:w="2056" w:type="dxa"/>
            <w:tcMar>
              <w:top w:w="70" w:type="dxa"/>
              <w:left w:w="60" w:type="dxa"/>
              <w:bottom w:w="70" w:type="dxa"/>
              <w:right w:w="60" w:type="dxa"/>
            </w:tcMar>
          </w:tcPr>
          <w:p w14:paraId="19D51A27" w14:textId="77777777" w:rsidR="009A193E" w:rsidRDefault="009A193E"/>
          <w:p w14:paraId="1F58FA0D" w14:textId="77777777" w:rsidR="009A193E" w:rsidRDefault="00000000">
            <w:r>
              <w:br/>
            </w:r>
          </w:p>
        </w:tc>
        <w:tc>
          <w:tcPr>
            <w:tcW w:w="2056" w:type="dxa"/>
            <w:tcMar>
              <w:top w:w="70" w:type="dxa"/>
              <w:left w:w="60" w:type="dxa"/>
              <w:bottom w:w="70" w:type="dxa"/>
              <w:right w:w="60" w:type="dxa"/>
            </w:tcMar>
          </w:tcPr>
          <w:p w14:paraId="337D7AD2" w14:textId="77777777" w:rsidR="009A193E" w:rsidRDefault="009A193E"/>
          <w:p w14:paraId="6FDDA9AC" w14:textId="77777777" w:rsidR="009A193E" w:rsidRDefault="00000000">
            <w:r>
              <w:br/>
            </w:r>
          </w:p>
        </w:tc>
      </w:tr>
      <w:tr w:rsidR="009A193E" w14:paraId="3FC3A864" w14:textId="77777777">
        <w:trPr>
          <w:jc w:val="center"/>
        </w:trPr>
        <w:tc>
          <w:tcPr>
            <w:tcW w:w="2056" w:type="dxa"/>
            <w:tcMar>
              <w:top w:w="70" w:type="dxa"/>
              <w:left w:w="60" w:type="dxa"/>
              <w:bottom w:w="70" w:type="dxa"/>
              <w:right w:w="60" w:type="dxa"/>
            </w:tcMar>
          </w:tcPr>
          <w:p w14:paraId="470063B1" w14:textId="77777777" w:rsidR="009A193E" w:rsidRDefault="009A193E"/>
          <w:p w14:paraId="74FD673F" w14:textId="77777777" w:rsidR="009A193E" w:rsidRDefault="00000000">
            <w:r>
              <w:br/>
            </w:r>
          </w:p>
        </w:tc>
        <w:tc>
          <w:tcPr>
            <w:tcW w:w="2056" w:type="dxa"/>
            <w:tcMar>
              <w:top w:w="70" w:type="dxa"/>
              <w:left w:w="60" w:type="dxa"/>
              <w:bottom w:w="70" w:type="dxa"/>
              <w:right w:w="60" w:type="dxa"/>
            </w:tcMar>
          </w:tcPr>
          <w:p w14:paraId="386ED5F2" w14:textId="77777777" w:rsidR="009A193E" w:rsidRDefault="009A193E"/>
          <w:p w14:paraId="0F127AB6" w14:textId="77777777" w:rsidR="009A193E" w:rsidRDefault="00000000">
            <w:r>
              <w:br/>
            </w:r>
          </w:p>
        </w:tc>
        <w:tc>
          <w:tcPr>
            <w:tcW w:w="2056" w:type="dxa"/>
            <w:tcMar>
              <w:top w:w="70" w:type="dxa"/>
              <w:left w:w="60" w:type="dxa"/>
              <w:bottom w:w="70" w:type="dxa"/>
              <w:right w:w="60" w:type="dxa"/>
            </w:tcMar>
          </w:tcPr>
          <w:p w14:paraId="52FA4AC5" w14:textId="77777777" w:rsidR="009A193E" w:rsidRDefault="009A193E"/>
          <w:p w14:paraId="67133950" w14:textId="77777777" w:rsidR="009A193E" w:rsidRDefault="00000000">
            <w:r>
              <w:br/>
            </w:r>
          </w:p>
        </w:tc>
        <w:tc>
          <w:tcPr>
            <w:tcW w:w="2056" w:type="dxa"/>
            <w:tcMar>
              <w:top w:w="70" w:type="dxa"/>
              <w:left w:w="60" w:type="dxa"/>
              <w:bottom w:w="70" w:type="dxa"/>
              <w:right w:w="60" w:type="dxa"/>
            </w:tcMar>
          </w:tcPr>
          <w:p w14:paraId="678A926B" w14:textId="77777777" w:rsidR="009A193E" w:rsidRDefault="009A193E"/>
          <w:p w14:paraId="4A200357" w14:textId="77777777" w:rsidR="009A193E" w:rsidRDefault="00000000">
            <w:r>
              <w:br/>
            </w:r>
          </w:p>
        </w:tc>
        <w:tc>
          <w:tcPr>
            <w:tcW w:w="2056" w:type="dxa"/>
            <w:tcMar>
              <w:top w:w="70" w:type="dxa"/>
              <w:left w:w="60" w:type="dxa"/>
              <w:bottom w:w="70" w:type="dxa"/>
              <w:right w:w="60" w:type="dxa"/>
            </w:tcMar>
          </w:tcPr>
          <w:p w14:paraId="492CECBB" w14:textId="77777777" w:rsidR="009A193E" w:rsidRDefault="009A193E"/>
          <w:p w14:paraId="5B82B0C0" w14:textId="77777777" w:rsidR="009A193E" w:rsidRDefault="00000000">
            <w:r>
              <w:br/>
            </w:r>
          </w:p>
        </w:tc>
      </w:tr>
      <w:tr w:rsidR="009A193E" w14:paraId="4E3C5401" w14:textId="77777777">
        <w:trPr>
          <w:jc w:val="center"/>
        </w:trPr>
        <w:tc>
          <w:tcPr>
            <w:tcW w:w="2056" w:type="dxa"/>
            <w:tcMar>
              <w:top w:w="70" w:type="dxa"/>
              <w:left w:w="60" w:type="dxa"/>
              <w:bottom w:w="70" w:type="dxa"/>
              <w:right w:w="60" w:type="dxa"/>
            </w:tcMar>
          </w:tcPr>
          <w:p w14:paraId="501FDAB8" w14:textId="77777777" w:rsidR="009A193E" w:rsidRDefault="009A193E"/>
          <w:p w14:paraId="7116AF3D" w14:textId="77777777" w:rsidR="009A193E" w:rsidRDefault="00000000">
            <w:r>
              <w:br/>
            </w:r>
          </w:p>
        </w:tc>
        <w:tc>
          <w:tcPr>
            <w:tcW w:w="2056" w:type="dxa"/>
            <w:tcMar>
              <w:top w:w="70" w:type="dxa"/>
              <w:left w:w="60" w:type="dxa"/>
              <w:bottom w:w="70" w:type="dxa"/>
              <w:right w:w="60" w:type="dxa"/>
            </w:tcMar>
          </w:tcPr>
          <w:p w14:paraId="0E4DB4AB" w14:textId="77777777" w:rsidR="009A193E" w:rsidRDefault="009A193E"/>
          <w:p w14:paraId="5618C130" w14:textId="77777777" w:rsidR="009A193E" w:rsidRDefault="00000000">
            <w:r>
              <w:br/>
            </w:r>
          </w:p>
        </w:tc>
        <w:tc>
          <w:tcPr>
            <w:tcW w:w="2056" w:type="dxa"/>
            <w:tcMar>
              <w:top w:w="70" w:type="dxa"/>
              <w:left w:w="60" w:type="dxa"/>
              <w:bottom w:w="70" w:type="dxa"/>
              <w:right w:w="60" w:type="dxa"/>
            </w:tcMar>
          </w:tcPr>
          <w:p w14:paraId="0EB829B4" w14:textId="77777777" w:rsidR="009A193E" w:rsidRDefault="009A193E"/>
          <w:p w14:paraId="4A249B02" w14:textId="77777777" w:rsidR="009A193E" w:rsidRDefault="00000000">
            <w:r>
              <w:br/>
            </w:r>
          </w:p>
        </w:tc>
        <w:tc>
          <w:tcPr>
            <w:tcW w:w="2056" w:type="dxa"/>
            <w:tcMar>
              <w:top w:w="70" w:type="dxa"/>
              <w:left w:w="60" w:type="dxa"/>
              <w:bottom w:w="70" w:type="dxa"/>
              <w:right w:w="60" w:type="dxa"/>
            </w:tcMar>
          </w:tcPr>
          <w:p w14:paraId="795B738A" w14:textId="77777777" w:rsidR="009A193E" w:rsidRDefault="009A193E"/>
          <w:p w14:paraId="446C70D7" w14:textId="77777777" w:rsidR="009A193E" w:rsidRDefault="00000000">
            <w:r>
              <w:br/>
            </w:r>
          </w:p>
        </w:tc>
        <w:tc>
          <w:tcPr>
            <w:tcW w:w="2056" w:type="dxa"/>
            <w:tcMar>
              <w:top w:w="70" w:type="dxa"/>
              <w:left w:w="60" w:type="dxa"/>
              <w:bottom w:w="70" w:type="dxa"/>
              <w:right w:w="60" w:type="dxa"/>
            </w:tcMar>
          </w:tcPr>
          <w:p w14:paraId="0F31BDC0" w14:textId="77777777" w:rsidR="009A193E" w:rsidRDefault="009A193E"/>
          <w:p w14:paraId="024939D5" w14:textId="77777777" w:rsidR="009A193E" w:rsidRDefault="00000000">
            <w:r>
              <w:br/>
            </w:r>
          </w:p>
        </w:tc>
      </w:tr>
    </w:tbl>
    <w:p w14:paraId="7B6F89F9" w14:textId="77777777" w:rsidR="009A193E" w:rsidRDefault="00000000">
      <w:pPr>
        <w:pBdr>
          <w:bottom w:val="single" w:sz="8" w:space="3" w:color="2B6B27"/>
        </w:pBdr>
        <w:spacing w:before="80" w:after="160"/>
      </w:pPr>
      <w:r>
        <w:rPr>
          <w:rFonts w:ascii="EB Garamond" w:hAnsi="EB Garamond"/>
          <w:b/>
          <w:color w:val="2B6B27"/>
          <w:sz w:val="34"/>
        </w:rPr>
        <w:t xml:space="preserve">6. </w:t>
      </w:r>
      <w:r>
        <w:rPr>
          <w:rFonts w:ascii="EB Garamond" w:hAnsi="EB Garamond"/>
          <w:b/>
          <w:sz w:val="34"/>
        </w:rPr>
        <w:t>Eligibility Criteria</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4990"/>
        <w:gridCol w:w="5371"/>
      </w:tblGrid>
      <w:tr w:rsidR="009A193E" w14:paraId="01EA4C69" w14:textId="77777777" w:rsidTr="008A0B66">
        <w:trPr>
          <w:jc w:val="center"/>
        </w:trPr>
        <w:tc>
          <w:tcPr>
            <w:tcW w:w="4990" w:type="dxa"/>
            <w:shd w:val="clear" w:color="auto" w:fill="2B6B27"/>
            <w:tcMar>
              <w:top w:w="80" w:type="dxa"/>
              <w:left w:w="100" w:type="dxa"/>
              <w:bottom w:w="80" w:type="dxa"/>
              <w:right w:w="100" w:type="dxa"/>
            </w:tcMar>
          </w:tcPr>
          <w:p w14:paraId="010CFD9D" w14:textId="77777777" w:rsidR="009A193E" w:rsidRDefault="00000000">
            <w:r>
              <w:rPr>
                <w:b/>
                <w:color w:val="FFFFFF"/>
                <w:sz w:val="17"/>
              </w:rPr>
              <w:t>Inclusion criteria</w:t>
            </w:r>
          </w:p>
        </w:tc>
        <w:tc>
          <w:tcPr>
            <w:tcW w:w="5371" w:type="dxa"/>
            <w:shd w:val="clear" w:color="auto" w:fill="2B6B27"/>
            <w:tcMar>
              <w:top w:w="80" w:type="dxa"/>
              <w:left w:w="100" w:type="dxa"/>
              <w:bottom w:w="80" w:type="dxa"/>
              <w:right w:w="100" w:type="dxa"/>
            </w:tcMar>
          </w:tcPr>
          <w:p w14:paraId="6A6A0FBA" w14:textId="77777777" w:rsidR="009A193E" w:rsidRDefault="00000000">
            <w:r>
              <w:rPr>
                <w:b/>
                <w:color w:val="FFFFFF"/>
                <w:sz w:val="17"/>
              </w:rPr>
              <w:t>Exclusion criteria</w:t>
            </w:r>
          </w:p>
        </w:tc>
      </w:tr>
      <w:tr w:rsidR="009A193E" w14:paraId="6B457B26" w14:textId="77777777" w:rsidTr="008A0B66">
        <w:trPr>
          <w:jc w:val="center"/>
        </w:trPr>
        <w:tc>
          <w:tcPr>
            <w:tcW w:w="4990" w:type="dxa"/>
            <w:tcMar>
              <w:top w:w="110" w:type="dxa"/>
              <w:left w:w="100" w:type="dxa"/>
              <w:bottom w:w="110" w:type="dxa"/>
              <w:right w:w="100" w:type="dxa"/>
            </w:tcMar>
          </w:tcPr>
          <w:p w14:paraId="1481FE10" w14:textId="77777777" w:rsidR="009A193E" w:rsidRDefault="009A193E"/>
          <w:p w14:paraId="59FC5BD8" w14:textId="77777777" w:rsidR="009A193E" w:rsidRDefault="00000000">
            <w:r>
              <w:br/>
            </w:r>
            <w:r>
              <w:br/>
            </w:r>
            <w:r>
              <w:br/>
            </w:r>
          </w:p>
        </w:tc>
        <w:tc>
          <w:tcPr>
            <w:tcW w:w="5371" w:type="dxa"/>
            <w:tcMar>
              <w:top w:w="110" w:type="dxa"/>
              <w:left w:w="100" w:type="dxa"/>
              <w:bottom w:w="110" w:type="dxa"/>
              <w:right w:w="100" w:type="dxa"/>
            </w:tcMar>
          </w:tcPr>
          <w:p w14:paraId="415C4882" w14:textId="77777777" w:rsidR="009A193E" w:rsidRDefault="009A193E"/>
          <w:p w14:paraId="0C56714E" w14:textId="77777777" w:rsidR="009A193E" w:rsidRDefault="00000000">
            <w:r>
              <w:br/>
            </w:r>
            <w:r>
              <w:br/>
            </w:r>
            <w:r>
              <w:br/>
            </w:r>
          </w:p>
        </w:tc>
      </w:tr>
    </w:tbl>
    <w:p w14:paraId="63925B63" w14:textId="77777777" w:rsidR="009A193E" w:rsidRDefault="00000000">
      <w:pPr>
        <w:spacing w:after="0"/>
      </w:pPr>
      <w:r>
        <w:rPr>
          <w:color w:val="66706A"/>
          <w:sz w:val="17"/>
        </w:rPr>
        <w:t>Consider publication dates, language, population, setting, intervention, outcomes, study design, peer-review requirements, and relevance to the practice problem. Apply limits only when they are justified by the question or assignment.</w:t>
      </w:r>
    </w:p>
    <w:p w14:paraId="00C8C51A" w14:textId="77777777" w:rsidR="009A193E" w:rsidRDefault="00000000">
      <w:r>
        <w:br w:type="page"/>
      </w:r>
    </w:p>
    <w:p w14:paraId="313E2BA5" w14:textId="77777777" w:rsidR="009A193E" w:rsidRDefault="00000000">
      <w:pPr>
        <w:pBdr>
          <w:bottom w:val="single" w:sz="8" w:space="3" w:color="2B6B27"/>
        </w:pBdr>
        <w:spacing w:before="80" w:after="160"/>
      </w:pPr>
      <w:r>
        <w:rPr>
          <w:rFonts w:ascii="EB Garamond" w:hAnsi="EB Garamond"/>
          <w:b/>
          <w:color w:val="2B6B27"/>
          <w:sz w:val="34"/>
        </w:rPr>
        <w:lastRenderedPageBreak/>
        <w:t xml:space="preserve">7. </w:t>
      </w:r>
      <w:r>
        <w:rPr>
          <w:rFonts w:ascii="EB Garamond" w:hAnsi="EB Garamond"/>
          <w:b/>
          <w:sz w:val="34"/>
        </w:rPr>
        <w:t>Search Evidence and Screenshots</w:t>
      </w:r>
    </w:p>
    <w:p w14:paraId="391D316F" w14:textId="77777777" w:rsidR="009A193E" w:rsidRDefault="00000000">
      <w:pPr>
        <w:spacing w:after="120"/>
      </w:pPr>
      <w:r>
        <w:rPr>
          <w:color w:val="66706A"/>
          <w:sz w:val="18"/>
        </w:rPr>
        <w:t>When required, insert screenshots showing the database name, complete search strategy, filters, and number of results. Use caption fields to identify what each image demonstrates.</w:t>
      </w:r>
    </w:p>
    <w:p w14:paraId="2FFE4229" w14:textId="77777777" w:rsidR="009A193E" w:rsidRDefault="00000000">
      <w:pPr>
        <w:spacing w:before="140" w:after="80"/>
      </w:pPr>
      <w:r>
        <w:rPr>
          <w:b/>
          <w:color w:val="2B6B27"/>
          <w:sz w:val="23"/>
        </w:rPr>
        <w:t>Screenshot 1: Database and final search</w:t>
      </w:r>
    </w:p>
    <w:tbl>
      <w:tblPr>
        <w:tblW w:w="0" w:type="auto"/>
        <w:jc w:val="center"/>
        <w:tblBorders>
          <w:top w:val="single" w:sz="6" w:space="0" w:color="A9B7A6"/>
          <w:left w:val="single" w:sz="6" w:space="0" w:color="A9B7A6"/>
          <w:bottom w:val="single" w:sz="6" w:space="0" w:color="A9B7A6"/>
          <w:right w:val="single" w:sz="6" w:space="0" w:color="A9B7A6"/>
          <w:insideH w:val="single" w:sz="6" w:space="0" w:color="A9B7A6"/>
          <w:insideV w:val="single" w:sz="6" w:space="0" w:color="A9B7A6"/>
        </w:tblBorders>
        <w:tblLook w:val="04A0" w:firstRow="1" w:lastRow="0" w:firstColumn="1" w:lastColumn="0" w:noHBand="0" w:noVBand="1"/>
      </w:tblPr>
      <w:tblGrid>
        <w:gridCol w:w="10282"/>
      </w:tblGrid>
      <w:tr w:rsidR="009A193E" w14:paraId="0968F985" w14:textId="77777777">
        <w:trPr>
          <w:jc w:val="center"/>
        </w:trPr>
        <w:tc>
          <w:tcPr>
            <w:tcW w:w="10282" w:type="dxa"/>
            <w:shd w:val="clear" w:color="auto" w:fill="F4F6F3"/>
            <w:tcMar>
              <w:top w:w="350" w:type="dxa"/>
              <w:left w:w="120" w:type="dxa"/>
              <w:bottom w:w="350" w:type="dxa"/>
              <w:right w:w="120" w:type="dxa"/>
            </w:tcMar>
          </w:tcPr>
          <w:p w14:paraId="483CDDFC" w14:textId="77777777" w:rsidR="009A193E" w:rsidRDefault="00000000">
            <w:pPr>
              <w:jc w:val="center"/>
            </w:pPr>
            <w:r>
              <w:rPr>
                <w:b/>
                <w:color w:val="2B6B27"/>
                <w:sz w:val="24"/>
              </w:rPr>
              <w:t>LIVE SEARCH SCREENSHOT GOES HERE</w:t>
            </w:r>
          </w:p>
          <w:p w14:paraId="621CE423" w14:textId="77777777" w:rsidR="009A193E" w:rsidRDefault="00000000">
            <w:pPr>
              <w:jc w:val="center"/>
            </w:pPr>
            <w:r>
              <w:rPr>
                <w:color w:val="66706A"/>
                <w:sz w:val="18"/>
              </w:rPr>
              <w:t>Insert the screenshot required by your assignment.</w:t>
            </w:r>
          </w:p>
        </w:tc>
      </w:tr>
    </w:tbl>
    <w:p w14:paraId="1B391EE3" w14:textId="77777777" w:rsidR="009A193E" w:rsidRDefault="00000000">
      <w:pPr>
        <w:spacing w:after="40"/>
      </w:pPr>
      <w:r>
        <w:rPr>
          <w:sz w:val="17"/>
        </w:rPr>
        <w:t>Database: __________________   Date: __________________   Results: __________________</w:t>
      </w:r>
    </w:p>
    <w:p w14:paraId="7962AD73" w14:textId="77777777" w:rsidR="009A193E" w:rsidRDefault="00000000">
      <w:pPr>
        <w:spacing w:after="120"/>
      </w:pPr>
      <w:r>
        <w:rPr>
          <w:sz w:val="17"/>
        </w:rPr>
        <w:t>Caption / notes: __________________________________________________________________________</w:t>
      </w:r>
    </w:p>
    <w:p w14:paraId="59A4FD73" w14:textId="77777777" w:rsidR="009A193E" w:rsidRDefault="00000000">
      <w:pPr>
        <w:spacing w:before="140" w:after="80"/>
      </w:pPr>
      <w:r>
        <w:rPr>
          <w:b/>
          <w:color w:val="2B6B27"/>
          <w:sz w:val="23"/>
        </w:rPr>
        <w:t>Screenshot 2: Database and final search</w:t>
      </w:r>
    </w:p>
    <w:tbl>
      <w:tblPr>
        <w:tblW w:w="0" w:type="auto"/>
        <w:jc w:val="center"/>
        <w:tblBorders>
          <w:top w:val="single" w:sz="6" w:space="0" w:color="A9B7A6"/>
          <w:left w:val="single" w:sz="6" w:space="0" w:color="A9B7A6"/>
          <w:bottom w:val="single" w:sz="6" w:space="0" w:color="A9B7A6"/>
          <w:right w:val="single" w:sz="6" w:space="0" w:color="A9B7A6"/>
          <w:insideH w:val="single" w:sz="6" w:space="0" w:color="A9B7A6"/>
          <w:insideV w:val="single" w:sz="6" w:space="0" w:color="A9B7A6"/>
        </w:tblBorders>
        <w:tblLook w:val="04A0" w:firstRow="1" w:lastRow="0" w:firstColumn="1" w:lastColumn="0" w:noHBand="0" w:noVBand="1"/>
      </w:tblPr>
      <w:tblGrid>
        <w:gridCol w:w="10282"/>
      </w:tblGrid>
      <w:tr w:rsidR="009A193E" w14:paraId="0057C6BB" w14:textId="77777777">
        <w:trPr>
          <w:jc w:val="center"/>
        </w:trPr>
        <w:tc>
          <w:tcPr>
            <w:tcW w:w="10282" w:type="dxa"/>
            <w:shd w:val="clear" w:color="auto" w:fill="F4F6F3"/>
            <w:tcMar>
              <w:top w:w="350" w:type="dxa"/>
              <w:left w:w="120" w:type="dxa"/>
              <w:bottom w:w="350" w:type="dxa"/>
              <w:right w:w="120" w:type="dxa"/>
            </w:tcMar>
          </w:tcPr>
          <w:p w14:paraId="299C1B8A" w14:textId="77777777" w:rsidR="009A193E" w:rsidRDefault="00000000">
            <w:pPr>
              <w:jc w:val="center"/>
            </w:pPr>
            <w:r>
              <w:rPr>
                <w:b/>
                <w:color w:val="2B6B27"/>
                <w:sz w:val="24"/>
              </w:rPr>
              <w:t>LIVE SEARCH SCREENSHOT GOES HERE</w:t>
            </w:r>
          </w:p>
          <w:p w14:paraId="64D95326" w14:textId="77777777" w:rsidR="009A193E" w:rsidRDefault="00000000">
            <w:pPr>
              <w:jc w:val="center"/>
            </w:pPr>
            <w:r>
              <w:rPr>
                <w:color w:val="66706A"/>
                <w:sz w:val="18"/>
              </w:rPr>
              <w:t>Insert the screenshot required by your assignment.</w:t>
            </w:r>
          </w:p>
        </w:tc>
      </w:tr>
    </w:tbl>
    <w:p w14:paraId="426F92F4" w14:textId="77777777" w:rsidR="009A193E" w:rsidRDefault="00000000">
      <w:pPr>
        <w:spacing w:after="40"/>
      </w:pPr>
      <w:r>
        <w:rPr>
          <w:sz w:val="17"/>
        </w:rPr>
        <w:t>Database: __________________   Date: __________________   Results: __________________</w:t>
      </w:r>
    </w:p>
    <w:p w14:paraId="4D657C20" w14:textId="77777777" w:rsidR="009A193E" w:rsidRDefault="00000000">
      <w:pPr>
        <w:spacing w:after="120"/>
      </w:pPr>
      <w:r>
        <w:rPr>
          <w:sz w:val="17"/>
        </w:rPr>
        <w:t>Caption / notes: __________________________________________________________________________</w:t>
      </w:r>
    </w:p>
    <w:p w14:paraId="4957A58D" w14:textId="77777777" w:rsidR="009A193E" w:rsidRDefault="00000000">
      <w:r>
        <w:br w:type="page"/>
      </w:r>
    </w:p>
    <w:p w14:paraId="4276E877" w14:textId="77777777" w:rsidR="009A193E" w:rsidRDefault="00000000">
      <w:pPr>
        <w:pBdr>
          <w:bottom w:val="single" w:sz="8" w:space="3" w:color="2B6B27"/>
        </w:pBdr>
        <w:spacing w:before="80" w:after="160"/>
      </w:pPr>
      <w:r>
        <w:rPr>
          <w:rFonts w:ascii="EB Garamond" w:hAnsi="EB Garamond"/>
          <w:b/>
          <w:color w:val="2B6B27"/>
          <w:sz w:val="34"/>
        </w:rPr>
        <w:lastRenderedPageBreak/>
        <w:t xml:space="preserve">8. </w:t>
      </w:r>
      <w:r>
        <w:rPr>
          <w:rFonts w:ascii="EB Garamond" w:hAnsi="EB Garamond"/>
          <w:b/>
          <w:sz w:val="34"/>
        </w:rPr>
        <w:t>Final Question and Search Summary</w:t>
      </w:r>
    </w:p>
    <w:p w14:paraId="66C0F9B1" w14:textId="77777777" w:rsidR="009A193E" w:rsidRDefault="00000000">
      <w:pPr>
        <w:spacing w:before="140" w:after="80"/>
      </w:pPr>
      <w:r>
        <w:rPr>
          <w:b/>
          <w:color w:val="2B6B27"/>
          <w:sz w:val="23"/>
        </w:rPr>
        <w:t>Final PICOT Question</w:t>
      </w:r>
    </w:p>
    <w:p w14:paraId="1437DAB0" w14:textId="77777777" w:rsidR="009A193E" w:rsidRDefault="00000000">
      <w:pPr>
        <w:spacing w:after="40"/>
      </w:pPr>
      <w:r>
        <w:t>__________________________________________________________________________________________</w:t>
      </w:r>
    </w:p>
    <w:p w14:paraId="3DCD4E2E" w14:textId="77777777" w:rsidR="009A193E" w:rsidRDefault="00000000">
      <w:pPr>
        <w:spacing w:after="40"/>
      </w:pPr>
      <w:r>
        <w:t>__________________________________________________________________________________________</w:t>
      </w:r>
    </w:p>
    <w:p w14:paraId="083D160D" w14:textId="77777777" w:rsidR="009A193E" w:rsidRDefault="00000000">
      <w:pPr>
        <w:spacing w:after="40"/>
      </w:pPr>
      <w:r>
        <w:t>__________________________________________________________________________________________</w:t>
      </w:r>
    </w:p>
    <w:p w14:paraId="2A83B44F" w14:textId="77777777" w:rsidR="009A193E" w:rsidRDefault="00000000">
      <w:pPr>
        <w:spacing w:after="40"/>
      </w:pPr>
      <w:r>
        <w:t>__________________________________________________________________________________________</w:t>
      </w:r>
    </w:p>
    <w:p w14:paraId="19A90E66" w14:textId="77777777" w:rsidR="009A193E" w:rsidRDefault="00000000">
      <w:pPr>
        <w:spacing w:before="140" w:after="80"/>
      </w:pPr>
      <w:r>
        <w:rPr>
          <w:b/>
          <w:color w:val="2B6B27"/>
          <w:sz w:val="23"/>
        </w:rPr>
        <w:t>Search Summary</w:t>
      </w:r>
    </w:p>
    <w:tbl>
      <w:tblPr>
        <w:tblW w:w="0" w:type="auto"/>
        <w:jc w:val="center"/>
        <w:tblBorders>
          <w:top w:val="single" w:sz="5" w:space="0" w:color="CBD8C8"/>
          <w:left w:val="single" w:sz="5" w:space="0" w:color="CBD8C8"/>
          <w:bottom w:val="single" w:sz="5" w:space="0" w:color="CBD8C8"/>
          <w:right w:val="single" w:sz="5" w:space="0" w:color="CBD8C8"/>
          <w:insideH w:val="single" w:sz="5" w:space="0" w:color="CBD8C8"/>
          <w:insideV w:val="single" w:sz="5" w:space="0" w:color="CBD8C8"/>
        </w:tblBorders>
        <w:tblLook w:val="04A0" w:firstRow="1" w:lastRow="0" w:firstColumn="1" w:lastColumn="0" w:noHBand="0" w:noVBand="1"/>
      </w:tblPr>
      <w:tblGrid>
        <w:gridCol w:w="3024"/>
        <w:gridCol w:w="6336"/>
      </w:tblGrid>
      <w:tr w:rsidR="009A193E" w14:paraId="415C9D1B" w14:textId="77777777">
        <w:trPr>
          <w:jc w:val="center"/>
        </w:trPr>
        <w:tc>
          <w:tcPr>
            <w:tcW w:w="3024" w:type="dxa"/>
            <w:shd w:val="clear" w:color="auto" w:fill="EEF5ED"/>
            <w:tcMar>
              <w:top w:w="80" w:type="dxa"/>
              <w:left w:w="100" w:type="dxa"/>
              <w:bottom w:w="80" w:type="dxa"/>
              <w:right w:w="100" w:type="dxa"/>
            </w:tcMar>
          </w:tcPr>
          <w:p w14:paraId="059A0E6A" w14:textId="77777777" w:rsidR="009A193E" w:rsidRDefault="00000000">
            <w:r>
              <w:rPr>
                <w:b/>
                <w:color w:val="2B6B27"/>
                <w:sz w:val="17"/>
              </w:rPr>
              <w:t>Databases searched</w:t>
            </w:r>
          </w:p>
        </w:tc>
        <w:tc>
          <w:tcPr>
            <w:tcW w:w="6336" w:type="dxa"/>
            <w:tcMar>
              <w:top w:w="80" w:type="dxa"/>
              <w:left w:w="100" w:type="dxa"/>
              <w:bottom w:w="80" w:type="dxa"/>
              <w:right w:w="100" w:type="dxa"/>
            </w:tcMar>
          </w:tcPr>
          <w:p w14:paraId="0227A432" w14:textId="77777777" w:rsidR="009A193E" w:rsidRDefault="009A193E"/>
          <w:p w14:paraId="45D2C1AB" w14:textId="77777777" w:rsidR="009A193E" w:rsidRDefault="00000000">
            <w:r>
              <w:br/>
            </w:r>
          </w:p>
        </w:tc>
      </w:tr>
      <w:tr w:rsidR="009A193E" w14:paraId="3B71B20B" w14:textId="77777777">
        <w:trPr>
          <w:jc w:val="center"/>
        </w:trPr>
        <w:tc>
          <w:tcPr>
            <w:tcW w:w="3024" w:type="dxa"/>
            <w:shd w:val="clear" w:color="auto" w:fill="EEF5ED"/>
            <w:tcMar>
              <w:top w:w="80" w:type="dxa"/>
              <w:left w:w="100" w:type="dxa"/>
              <w:bottom w:w="80" w:type="dxa"/>
              <w:right w:w="100" w:type="dxa"/>
            </w:tcMar>
          </w:tcPr>
          <w:p w14:paraId="1903F971" w14:textId="77777777" w:rsidR="009A193E" w:rsidRDefault="00000000">
            <w:r>
              <w:rPr>
                <w:b/>
                <w:color w:val="2B6B27"/>
                <w:sz w:val="17"/>
              </w:rPr>
              <w:t>Date range of searches</w:t>
            </w:r>
          </w:p>
        </w:tc>
        <w:tc>
          <w:tcPr>
            <w:tcW w:w="6336" w:type="dxa"/>
            <w:tcMar>
              <w:top w:w="80" w:type="dxa"/>
              <w:left w:w="100" w:type="dxa"/>
              <w:bottom w:w="80" w:type="dxa"/>
              <w:right w:w="100" w:type="dxa"/>
            </w:tcMar>
          </w:tcPr>
          <w:p w14:paraId="4885155A" w14:textId="77777777" w:rsidR="009A193E" w:rsidRDefault="009A193E"/>
          <w:p w14:paraId="34910B77" w14:textId="77777777" w:rsidR="009A193E" w:rsidRDefault="00000000">
            <w:r>
              <w:br/>
            </w:r>
          </w:p>
        </w:tc>
      </w:tr>
      <w:tr w:rsidR="009A193E" w14:paraId="3FB94006" w14:textId="77777777">
        <w:trPr>
          <w:jc w:val="center"/>
        </w:trPr>
        <w:tc>
          <w:tcPr>
            <w:tcW w:w="3024" w:type="dxa"/>
            <w:shd w:val="clear" w:color="auto" w:fill="EEF5ED"/>
            <w:tcMar>
              <w:top w:w="80" w:type="dxa"/>
              <w:left w:w="100" w:type="dxa"/>
              <w:bottom w:w="80" w:type="dxa"/>
              <w:right w:w="100" w:type="dxa"/>
            </w:tcMar>
          </w:tcPr>
          <w:p w14:paraId="13C8135C" w14:textId="77777777" w:rsidR="009A193E" w:rsidRDefault="00000000">
            <w:r>
              <w:rPr>
                <w:b/>
                <w:color w:val="2B6B27"/>
                <w:sz w:val="17"/>
              </w:rPr>
              <w:t>Total records identified</w:t>
            </w:r>
          </w:p>
        </w:tc>
        <w:tc>
          <w:tcPr>
            <w:tcW w:w="6336" w:type="dxa"/>
            <w:tcMar>
              <w:top w:w="80" w:type="dxa"/>
              <w:left w:w="100" w:type="dxa"/>
              <w:bottom w:w="80" w:type="dxa"/>
              <w:right w:w="100" w:type="dxa"/>
            </w:tcMar>
          </w:tcPr>
          <w:p w14:paraId="7D9B6F35" w14:textId="77777777" w:rsidR="009A193E" w:rsidRDefault="009A193E"/>
          <w:p w14:paraId="4F064CB3" w14:textId="77777777" w:rsidR="009A193E" w:rsidRDefault="00000000">
            <w:r>
              <w:br/>
            </w:r>
          </w:p>
        </w:tc>
      </w:tr>
      <w:tr w:rsidR="009A193E" w14:paraId="7F86D865" w14:textId="77777777">
        <w:trPr>
          <w:jc w:val="center"/>
        </w:trPr>
        <w:tc>
          <w:tcPr>
            <w:tcW w:w="3024" w:type="dxa"/>
            <w:shd w:val="clear" w:color="auto" w:fill="EEF5ED"/>
            <w:tcMar>
              <w:top w:w="80" w:type="dxa"/>
              <w:left w:w="100" w:type="dxa"/>
              <w:bottom w:w="80" w:type="dxa"/>
              <w:right w:w="100" w:type="dxa"/>
            </w:tcMar>
          </w:tcPr>
          <w:p w14:paraId="40DA0D95" w14:textId="77777777" w:rsidR="009A193E" w:rsidRDefault="00000000">
            <w:r>
              <w:rPr>
                <w:b/>
                <w:color w:val="2B6B27"/>
                <w:sz w:val="17"/>
              </w:rPr>
              <w:t>Duplicates removed</w:t>
            </w:r>
          </w:p>
        </w:tc>
        <w:tc>
          <w:tcPr>
            <w:tcW w:w="6336" w:type="dxa"/>
            <w:tcMar>
              <w:top w:w="80" w:type="dxa"/>
              <w:left w:w="100" w:type="dxa"/>
              <w:bottom w:w="80" w:type="dxa"/>
              <w:right w:w="100" w:type="dxa"/>
            </w:tcMar>
          </w:tcPr>
          <w:p w14:paraId="0847DA16" w14:textId="77777777" w:rsidR="009A193E" w:rsidRDefault="009A193E"/>
          <w:p w14:paraId="47862002" w14:textId="77777777" w:rsidR="009A193E" w:rsidRDefault="00000000">
            <w:r>
              <w:br/>
            </w:r>
          </w:p>
        </w:tc>
      </w:tr>
      <w:tr w:rsidR="009A193E" w14:paraId="536BDBD8" w14:textId="77777777">
        <w:trPr>
          <w:jc w:val="center"/>
        </w:trPr>
        <w:tc>
          <w:tcPr>
            <w:tcW w:w="3024" w:type="dxa"/>
            <w:shd w:val="clear" w:color="auto" w:fill="EEF5ED"/>
            <w:tcMar>
              <w:top w:w="80" w:type="dxa"/>
              <w:left w:w="100" w:type="dxa"/>
              <w:bottom w:w="80" w:type="dxa"/>
              <w:right w:w="100" w:type="dxa"/>
            </w:tcMar>
          </w:tcPr>
          <w:p w14:paraId="73289B91" w14:textId="77777777" w:rsidR="009A193E" w:rsidRDefault="00000000">
            <w:r>
              <w:rPr>
                <w:b/>
                <w:color w:val="2B6B27"/>
                <w:sz w:val="17"/>
              </w:rPr>
              <w:t>Records screened</w:t>
            </w:r>
          </w:p>
        </w:tc>
        <w:tc>
          <w:tcPr>
            <w:tcW w:w="6336" w:type="dxa"/>
            <w:tcMar>
              <w:top w:w="80" w:type="dxa"/>
              <w:left w:w="100" w:type="dxa"/>
              <w:bottom w:w="80" w:type="dxa"/>
              <w:right w:w="100" w:type="dxa"/>
            </w:tcMar>
          </w:tcPr>
          <w:p w14:paraId="77E4F3B2" w14:textId="77777777" w:rsidR="009A193E" w:rsidRDefault="009A193E"/>
          <w:p w14:paraId="2565F4C4" w14:textId="77777777" w:rsidR="009A193E" w:rsidRDefault="00000000">
            <w:r>
              <w:br/>
            </w:r>
          </w:p>
        </w:tc>
      </w:tr>
      <w:tr w:rsidR="009A193E" w14:paraId="66289BA5" w14:textId="77777777">
        <w:trPr>
          <w:jc w:val="center"/>
        </w:trPr>
        <w:tc>
          <w:tcPr>
            <w:tcW w:w="3024" w:type="dxa"/>
            <w:shd w:val="clear" w:color="auto" w:fill="EEF5ED"/>
            <w:tcMar>
              <w:top w:w="80" w:type="dxa"/>
              <w:left w:w="100" w:type="dxa"/>
              <w:bottom w:w="80" w:type="dxa"/>
              <w:right w:w="100" w:type="dxa"/>
            </w:tcMar>
          </w:tcPr>
          <w:p w14:paraId="6BDDC2BC" w14:textId="77777777" w:rsidR="009A193E" w:rsidRDefault="00000000">
            <w:r>
              <w:rPr>
                <w:b/>
                <w:color w:val="2B6B27"/>
                <w:sz w:val="17"/>
              </w:rPr>
              <w:t>Articles retained for evidence review</w:t>
            </w:r>
          </w:p>
        </w:tc>
        <w:tc>
          <w:tcPr>
            <w:tcW w:w="6336" w:type="dxa"/>
            <w:tcMar>
              <w:top w:w="80" w:type="dxa"/>
              <w:left w:w="100" w:type="dxa"/>
              <w:bottom w:w="80" w:type="dxa"/>
              <w:right w:w="100" w:type="dxa"/>
            </w:tcMar>
          </w:tcPr>
          <w:p w14:paraId="35849B43" w14:textId="77777777" w:rsidR="009A193E" w:rsidRDefault="009A193E"/>
          <w:p w14:paraId="3B4521A5" w14:textId="77777777" w:rsidR="009A193E" w:rsidRDefault="00000000">
            <w:r>
              <w:br/>
            </w:r>
          </w:p>
        </w:tc>
      </w:tr>
    </w:tbl>
    <w:p w14:paraId="3EE7E794" w14:textId="77777777" w:rsidR="009A193E" w:rsidRDefault="00000000">
      <w:pPr>
        <w:spacing w:before="140" w:after="80"/>
      </w:pPr>
      <w:r>
        <w:rPr>
          <w:b/>
          <w:color w:val="2B6B27"/>
          <w:sz w:val="23"/>
        </w:rPr>
        <w:t>Faculty / Preceptor Feedback</w:t>
      </w:r>
    </w:p>
    <w:p w14:paraId="61ABDC0D" w14:textId="306A494B" w:rsidR="009A193E" w:rsidRDefault="00000000">
      <w:pPr>
        <w:spacing w:after="40"/>
      </w:pPr>
      <w:r>
        <w:t>__________________________________________________________________________________________</w:t>
      </w:r>
      <w:r w:rsidR="008A0B66">
        <w:t>_____________________</w:t>
      </w:r>
    </w:p>
    <w:p w14:paraId="1925BCE9" w14:textId="721694E7" w:rsidR="009A193E" w:rsidRDefault="00000000">
      <w:pPr>
        <w:spacing w:after="40"/>
      </w:pPr>
      <w:r>
        <w:t>__________________________________________________________________________________________</w:t>
      </w:r>
      <w:r w:rsidR="008A0B66">
        <w:t>_____________________</w:t>
      </w:r>
    </w:p>
    <w:p w14:paraId="57CCF67B" w14:textId="675B651E" w:rsidR="009A193E" w:rsidRDefault="00000000">
      <w:pPr>
        <w:spacing w:after="40"/>
      </w:pPr>
      <w:r>
        <w:t>__________________________________________________________________________________________</w:t>
      </w:r>
      <w:r w:rsidR="008A0B66">
        <w:t>_____________________</w:t>
      </w:r>
    </w:p>
    <w:p w14:paraId="6D18C398" w14:textId="38430BD6" w:rsidR="009A193E" w:rsidRDefault="00000000">
      <w:pPr>
        <w:spacing w:after="40"/>
      </w:pPr>
      <w:r>
        <w:t>__________________________________________________________________________________________</w:t>
      </w:r>
      <w:r w:rsidR="008A0B66">
        <w:t>_____________________</w:t>
      </w:r>
    </w:p>
    <w:p w14:paraId="2DF8AD43" w14:textId="77777777" w:rsidR="008A0B66" w:rsidRDefault="008A0B66">
      <w:pPr>
        <w:spacing w:after="200" w:line="276" w:lineRule="auto"/>
        <w:rPr>
          <w:b/>
          <w:color w:val="2B6B27"/>
          <w:sz w:val="23"/>
        </w:rPr>
      </w:pPr>
      <w:r>
        <w:rPr>
          <w:b/>
          <w:color w:val="2B6B27"/>
          <w:sz w:val="23"/>
        </w:rPr>
        <w:br w:type="page"/>
      </w:r>
    </w:p>
    <w:p w14:paraId="6A14822C" w14:textId="340E91B5" w:rsidR="009A193E" w:rsidRDefault="00000000">
      <w:pPr>
        <w:spacing w:before="140" w:after="80"/>
      </w:pPr>
      <w:r>
        <w:rPr>
          <w:b/>
          <w:color w:val="2B6B27"/>
          <w:sz w:val="23"/>
        </w:rPr>
        <w:lastRenderedPageBreak/>
        <w:t>Final Submission Check</w:t>
      </w:r>
    </w:p>
    <w:p w14:paraId="2FD2B7D0" w14:textId="77777777" w:rsidR="009A193E" w:rsidRDefault="00000000">
      <w:pPr>
        <w:spacing w:after="40"/>
      </w:pPr>
      <w:r>
        <w:rPr>
          <w:b/>
          <w:color w:val="2B6B27"/>
          <w:sz w:val="21"/>
        </w:rPr>
        <w:t xml:space="preserve">☐  </w:t>
      </w:r>
      <w:r>
        <w:t>Problem statement is concise and supported.</w:t>
      </w:r>
    </w:p>
    <w:p w14:paraId="41E27AA2" w14:textId="77777777" w:rsidR="009A193E" w:rsidRDefault="00000000">
      <w:pPr>
        <w:spacing w:after="40"/>
      </w:pPr>
      <w:r>
        <w:rPr>
          <w:b/>
          <w:color w:val="2B6B27"/>
          <w:sz w:val="21"/>
        </w:rPr>
        <w:t xml:space="preserve">☐  </w:t>
      </w:r>
      <w:r>
        <w:t>Final PICOT question matches the practice problem.</w:t>
      </w:r>
    </w:p>
    <w:p w14:paraId="28876B0D" w14:textId="77777777" w:rsidR="009A193E" w:rsidRDefault="00000000">
      <w:pPr>
        <w:spacing w:after="40"/>
      </w:pPr>
      <w:r>
        <w:rPr>
          <w:b/>
          <w:color w:val="2B6B27"/>
          <w:sz w:val="21"/>
        </w:rPr>
        <w:t xml:space="preserve">☐  </w:t>
      </w:r>
      <w:r>
        <w:t>Alternative terms are listed for each applicable concept.</w:t>
      </w:r>
    </w:p>
    <w:p w14:paraId="6E228F29" w14:textId="77777777" w:rsidR="009A193E" w:rsidRDefault="00000000">
      <w:pPr>
        <w:spacing w:after="40"/>
      </w:pPr>
      <w:r>
        <w:rPr>
          <w:b/>
          <w:color w:val="2B6B27"/>
          <w:sz w:val="21"/>
        </w:rPr>
        <w:t xml:space="preserve">☐  </w:t>
      </w:r>
      <w:r>
        <w:t>Database-specific subject headings are documented.</w:t>
      </w:r>
    </w:p>
    <w:p w14:paraId="3EDB1600" w14:textId="77777777" w:rsidR="009A193E" w:rsidRDefault="00000000">
      <w:pPr>
        <w:spacing w:after="40"/>
      </w:pPr>
      <w:r>
        <w:rPr>
          <w:b/>
          <w:color w:val="2B6B27"/>
          <w:sz w:val="21"/>
        </w:rPr>
        <w:t xml:space="preserve">☐  </w:t>
      </w:r>
      <w:r>
        <w:t>Required database searches are documented.</w:t>
      </w:r>
    </w:p>
    <w:p w14:paraId="75E7CC72" w14:textId="77777777" w:rsidR="009A193E" w:rsidRDefault="00000000">
      <w:pPr>
        <w:spacing w:after="40"/>
      </w:pPr>
      <w:r>
        <w:rPr>
          <w:b/>
          <w:color w:val="2B6B27"/>
          <w:sz w:val="21"/>
        </w:rPr>
        <w:t xml:space="preserve">☐  </w:t>
      </w:r>
      <w:r>
        <w:t>Exact search strings and filters are recorded.</w:t>
      </w:r>
    </w:p>
    <w:p w14:paraId="589B386F" w14:textId="77777777" w:rsidR="009A193E" w:rsidRDefault="00000000">
      <w:pPr>
        <w:spacing w:after="40"/>
      </w:pPr>
      <w:r>
        <w:rPr>
          <w:b/>
          <w:color w:val="2B6B27"/>
          <w:sz w:val="21"/>
        </w:rPr>
        <w:t xml:space="preserve">☐  </w:t>
      </w:r>
      <w:r>
        <w:t>Live result counts are included when required.</w:t>
      </w:r>
    </w:p>
    <w:p w14:paraId="55D0E073" w14:textId="77777777" w:rsidR="009A193E" w:rsidRDefault="00000000">
      <w:pPr>
        <w:spacing w:after="40"/>
      </w:pPr>
      <w:r>
        <w:rPr>
          <w:b/>
          <w:color w:val="2B6B27"/>
          <w:sz w:val="21"/>
        </w:rPr>
        <w:t xml:space="preserve">☐  </w:t>
      </w:r>
      <w:r>
        <w:t>Required screenshots show the search strategy and result count.</w:t>
      </w:r>
    </w:p>
    <w:p w14:paraId="493F8BB8" w14:textId="77777777" w:rsidR="009A193E" w:rsidRDefault="00000000">
      <w:pPr>
        <w:spacing w:after="40"/>
      </w:pPr>
      <w:r>
        <w:rPr>
          <w:b/>
          <w:color w:val="2B6B27"/>
          <w:sz w:val="21"/>
        </w:rPr>
        <w:t xml:space="preserve">☐  </w:t>
      </w:r>
      <w:r>
        <w:t>Inclusion and exclusion criteria are explicit.</w:t>
      </w:r>
    </w:p>
    <w:p w14:paraId="25DFF9EC" w14:textId="77777777" w:rsidR="009A193E" w:rsidRDefault="00000000">
      <w:pPr>
        <w:spacing w:after="40"/>
      </w:pPr>
      <w:r>
        <w:rPr>
          <w:b/>
          <w:color w:val="2B6B27"/>
          <w:sz w:val="21"/>
        </w:rPr>
        <w:t xml:space="preserve">☐  </w:t>
      </w:r>
      <w:r>
        <w:t>Search revisions and rationale are documented.</w:t>
      </w:r>
    </w:p>
    <w:p w14:paraId="1C8391AD" w14:textId="77777777" w:rsidR="009A193E" w:rsidRDefault="00000000">
      <w:pPr>
        <w:spacing w:after="40"/>
      </w:pPr>
      <w:r>
        <w:rPr>
          <w:b/>
          <w:color w:val="2B6B27"/>
          <w:sz w:val="21"/>
        </w:rPr>
        <w:t xml:space="preserve">☐  </w:t>
      </w:r>
      <w:r>
        <w:t>Course-specific instructions and rubric requirements were rechecked.</w:t>
      </w:r>
    </w:p>
    <w:tbl>
      <w:tblPr>
        <w:tblW w:w="0" w:type="auto"/>
        <w:jc w:val="center"/>
        <w:tblBorders>
          <w:top w:val="single" w:sz="6" w:space="0" w:color="A9C2A5"/>
          <w:left w:val="single" w:sz="6" w:space="0" w:color="A9C2A5"/>
          <w:bottom w:val="single" w:sz="6" w:space="0" w:color="A9C2A5"/>
          <w:right w:val="single" w:sz="6" w:space="0" w:color="A9C2A5"/>
          <w:insideH w:val="single" w:sz="6" w:space="0" w:color="A9C2A5"/>
          <w:insideV w:val="single" w:sz="6" w:space="0" w:color="A9C2A5"/>
        </w:tblBorders>
        <w:tblLook w:val="04A0" w:firstRow="1" w:lastRow="0" w:firstColumn="1" w:lastColumn="0" w:noHBand="0" w:noVBand="1"/>
      </w:tblPr>
      <w:tblGrid>
        <w:gridCol w:w="10282"/>
      </w:tblGrid>
      <w:tr w:rsidR="009A193E" w14:paraId="44B6F9D4" w14:textId="77777777">
        <w:trPr>
          <w:jc w:val="center"/>
        </w:trPr>
        <w:tc>
          <w:tcPr>
            <w:tcW w:w="10282" w:type="dxa"/>
            <w:shd w:val="clear" w:color="auto" w:fill="EEF5ED"/>
            <w:tcMar>
              <w:top w:w="120" w:type="dxa"/>
              <w:left w:w="150" w:type="dxa"/>
              <w:bottom w:w="120" w:type="dxa"/>
              <w:right w:w="150" w:type="dxa"/>
            </w:tcMar>
          </w:tcPr>
          <w:p w14:paraId="7E786380" w14:textId="77777777" w:rsidR="009A193E" w:rsidRDefault="00000000">
            <w:pPr>
              <w:spacing w:after="40"/>
            </w:pPr>
            <w:r>
              <w:rPr>
                <w:b/>
                <w:color w:val="2B6B27"/>
                <w:sz w:val="18"/>
              </w:rPr>
              <w:t>EDUCATIONAL USE DISCLAIMER</w:t>
            </w:r>
          </w:p>
          <w:p w14:paraId="6B8E148B" w14:textId="77777777" w:rsidR="009A193E" w:rsidRDefault="00000000">
            <w:pPr>
              <w:spacing w:after="0"/>
            </w:pPr>
            <w:r>
              <w:t>This toolkit is an educational planning and documentation resource. Course, institutional, faculty, database, and DNP project requirements vary. Follow current assignment instructions, rubric requirements, librarian guidance, faculty feedback, organizational policies, and applicable ethical or regulatory requirements.</w:t>
            </w:r>
          </w:p>
        </w:tc>
      </w:tr>
    </w:tbl>
    <w:p w14:paraId="3A9B120F" w14:textId="77777777" w:rsidR="009A193E" w:rsidRDefault="009A193E">
      <w:pPr>
        <w:spacing w:after="20"/>
      </w:pPr>
    </w:p>
    <w:sectPr w:rsidR="009A193E" w:rsidSect="00034616">
      <w:headerReference w:type="even" r:id="rId9"/>
      <w:headerReference w:type="default" r:id="rId10"/>
      <w:footerReference w:type="even" r:id="rId11"/>
      <w:footerReference w:type="default" r:id="rId12"/>
      <w:headerReference w:type="first" r:id="rId13"/>
      <w:footerReference w:type="first" r:id="rId14"/>
      <w:pgSz w:w="12240" w:h="15840"/>
      <w:pgMar w:top="893" w:right="979" w:bottom="893" w:left="979"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32940" w14:textId="77777777" w:rsidR="00B727D8" w:rsidRDefault="00B727D8">
      <w:pPr>
        <w:spacing w:after="0" w:line="240" w:lineRule="auto"/>
      </w:pPr>
      <w:r>
        <w:separator/>
      </w:r>
    </w:p>
  </w:endnote>
  <w:endnote w:type="continuationSeparator" w:id="0">
    <w:p w14:paraId="0BCBD0D5" w14:textId="77777777" w:rsidR="00B727D8" w:rsidRDefault="00B7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763A" w14:textId="77777777" w:rsidR="009A193E" w:rsidRDefault="00000000">
    <w:pPr>
      <w:spacing w:after="0"/>
      <w:jc w:val="center"/>
    </w:pPr>
    <w:r>
      <w:rPr>
        <w:color w:val="66706A"/>
        <w:sz w:val="15"/>
      </w:rPr>
      <w:t xml:space="preserve">Free educational resource from </w:t>
    </w:r>
    <w:proofErr w:type="gramStart"/>
    <w:r>
      <w:rPr>
        <w:color w:val="66706A"/>
        <w:sz w:val="15"/>
      </w:rPr>
      <w:t>YourDNP.com  •</w:t>
    </w:r>
    <w:proofErr w:type="gramEnd"/>
    <w:r>
      <w:rPr>
        <w:color w:val="66706A"/>
        <w:sz w:val="15"/>
      </w:rPr>
      <w:t xml:space="preserve">  Verify requirements with your course rubric and faculty.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CF1C" w14:textId="77777777" w:rsidR="009A193E" w:rsidRDefault="00000000">
    <w:pPr>
      <w:spacing w:after="0"/>
      <w:jc w:val="center"/>
    </w:pPr>
    <w:r>
      <w:rPr>
        <w:color w:val="66706A"/>
        <w:sz w:val="15"/>
      </w:rPr>
      <w:t xml:space="preserve">Free educational resource from </w:t>
    </w:r>
    <w:proofErr w:type="gramStart"/>
    <w:r>
      <w:rPr>
        <w:color w:val="66706A"/>
        <w:sz w:val="15"/>
      </w:rPr>
      <w:t>YourDNP.com  •</w:t>
    </w:r>
    <w:proofErr w:type="gramEnd"/>
    <w:r>
      <w:rPr>
        <w:color w:val="66706A"/>
        <w:sz w:val="15"/>
      </w:rPr>
      <w:t xml:space="preserve">  Verify requirements with your course rubric and faculty.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C57A" w14:textId="77777777" w:rsidR="009A193E" w:rsidRDefault="00000000">
    <w:pPr>
      <w:spacing w:after="0"/>
      <w:jc w:val="center"/>
    </w:pPr>
    <w:r>
      <w:rPr>
        <w:color w:val="66706A"/>
        <w:sz w:val="15"/>
      </w:rPr>
      <w:t xml:space="preserve">Free educational resource from </w:t>
    </w:r>
    <w:proofErr w:type="gramStart"/>
    <w:r>
      <w:rPr>
        <w:color w:val="66706A"/>
        <w:sz w:val="15"/>
      </w:rPr>
      <w:t>YourDNP.com  •</w:t>
    </w:r>
    <w:proofErr w:type="gramEnd"/>
    <w:r>
      <w:rPr>
        <w:color w:val="66706A"/>
        <w:sz w:val="15"/>
      </w:rPr>
      <w:t xml:space="preserve">  Verify requirements with your course rubric and faculty.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6816A" w14:textId="77777777" w:rsidR="00B727D8" w:rsidRDefault="00B727D8">
      <w:pPr>
        <w:spacing w:after="0" w:line="240" w:lineRule="auto"/>
      </w:pPr>
      <w:r>
        <w:separator/>
      </w:r>
    </w:p>
  </w:footnote>
  <w:footnote w:type="continuationSeparator" w:id="0">
    <w:p w14:paraId="197F8E65" w14:textId="77777777" w:rsidR="00B727D8" w:rsidRDefault="00B72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A603" w14:textId="77777777" w:rsidR="009A193E" w:rsidRDefault="00000000">
    <w:pPr>
      <w:spacing w:after="0"/>
      <w:jc w:val="right"/>
    </w:pPr>
    <w:proofErr w:type="gramStart"/>
    <w:r>
      <w:rPr>
        <w:rFonts w:ascii="EB Garamond" w:hAnsi="EB Garamond"/>
        <w:b/>
        <w:color w:val="2B6B27"/>
        <w:sz w:val="17"/>
      </w:rPr>
      <w:t>YourDNP.com</w:t>
    </w:r>
    <w:r>
      <w:rPr>
        <w:color w:val="66706A"/>
        <w:sz w:val="16"/>
      </w:rPr>
      <w:t xml:space="preserve">  |</w:t>
    </w:r>
    <w:proofErr w:type="gramEnd"/>
    <w:r>
      <w:rPr>
        <w:color w:val="66706A"/>
        <w:sz w:val="16"/>
      </w:rPr>
      <w:t xml:space="preserve">  PICOT &amp; Literature Search Toolkit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946B" w14:textId="77777777" w:rsidR="009A193E" w:rsidRDefault="00000000">
    <w:pPr>
      <w:spacing w:after="0"/>
      <w:jc w:val="right"/>
    </w:pPr>
    <w:proofErr w:type="gramStart"/>
    <w:r>
      <w:rPr>
        <w:rFonts w:ascii="EB Garamond" w:hAnsi="EB Garamond"/>
        <w:b/>
        <w:color w:val="2B6B27"/>
        <w:sz w:val="17"/>
      </w:rPr>
      <w:t>YourDNP.com</w:t>
    </w:r>
    <w:r>
      <w:rPr>
        <w:color w:val="66706A"/>
        <w:sz w:val="16"/>
      </w:rPr>
      <w:t xml:space="preserve">  |</w:t>
    </w:r>
    <w:proofErr w:type="gramEnd"/>
    <w:r>
      <w:rPr>
        <w:color w:val="66706A"/>
        <w:sz w:val="16"/>
      </w:rPr>
      <w:t xml:space="preserve">  PICOT &amp; Literature Search Toolkit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EAD73" w14:textId="77777777" w:rsidR="009A193E" w:rsidRDefault="00000000">
    <w:pPr>
      <w:spacing w:after="0"/>
      <w:jc w:val="right"/>
    </w:pPr>
    <w:proofErr w:type="gramStart"/>
    <w:r>
      <w:rPr>
        <w:rFonts w:ascii="EB Garamond" w:hAnsi="EB Garamond"/>
        <w:b/>
        <w:color w:val="2B6B27"/>
        <w:sz w:val="17"/>
      </w:rPr>
      <w:t>YourDNP.com</w:t>
    </w:r>
    <w:r>
      <w:rPr>
        <w:color w:val="66706A"/>
        <w:sz w:val="16"/>
      </w:rPr>
      <w:t xml:space="preserve">  |</w:t>
    </w:r>
    <w:proofErr w:type="gramEnd"/>
    <w:r>
      <w:rPr>
        <w:color w:val="66706A"/>
        <w:sz w:val="16"/>
      </w:rPr>
      <w:t xml:space="preserve">  PICOT &amp; Literature Search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8974727">
    <w:abstractNumId w:val="8"/>
  </w:num>
  <w:num w:numId="2" w16cid:durableId="390347089">
    <w:abstractNumId w:val="6"/>
  </w:num>
  <w:num w:numId="3" w16cid:durableId="1591889678">
    <w:abstractNumId w:val="5"/>
  </w:num>
  <w:num w:numId="4" w16cid:durableId="298999003">
    <w:abstractNumId w:val="4"/>
  </w:num>
  <w:num w:numId="5" w16cid:durableId="2118330873">
    <w:abstractNumId w:val="7"/>
  </w:num>
  <w:num w:numId="6" w16cid:durableId="1650865371">
    <w:abstractNumId w:val="3"/>
  </w:num>
  <w:num w:numId="7" w16cid:durableId="1452674234">
    <w:abstractNumId w:val="2"/>
  </w:num>
  <w:num w:numId="8" w16cid:durableId="1121732316">
    <w:abstractNumId w:val="1"/>
  </w:num>
  <w:num w:numId="9" w16cid:durableId="487330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67BF"/>
    <w:rsid w:val="008A0B66"/>
    <w:rsid w:val="009A193E"/>
    <w:rsid w:val="00AA1D8D"/>
    <w:rsid w:val="00B47730"/>
    <w:rsid w:val="00B727D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A1B340"/>
  <w14:defaultImageDpi w14:val="300"/>
  <w15:docId w15:val="{4E384D18-1771-4F6C-BFC1-2504A26BE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20202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rPr>
      <w:rFonts w:ascii="EB Garamond" w:hAnsi="EB Garamond"/>
      <w:b/>
      <w:color w:val="202020"/>
      <w:sz w:val="52"/>
    </w:rPr>
  </w:style>
  <w:style w:type="paragraph" w:customStyle="1" w:styleId="ToolkitSubtitle">
    <w:name w:val="ToolkitSubtitle"/>
    <w:rPr>
      <w:rFonts w:ascii="Aptos" w:hAnsi="Aptos"/>
      <w:color w:val="66706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PICOT &amp; Literature Search Toolkit</dc:title>
  <dc:subject>Educational toolkit for developing PICOT questions and documenting literature searches</dc:subject>
  <dc:creator>YourDNP.com</dc:creator>
  <cp:keywords>DNP, FNP, PICOT, PICO, evidence-based practice, literature search</cp:keywords>
  <dc:description>generated by python-docx</dc:description>
  <cp:lastModifiedBy>Jean Hopkins</cp:lastModifiedBy>
  <cp:revision>2</cp:revision>
  <dcterms:created xsi:type="dcterms:W3CDTF">2013-12-23T23:15:00Z</dcterms:created>
  <dcterms:modified xsi:type="dcterms:W3CDTF">2026-08-13T19:48:00Z</dcterms:modified>
  <cp:category/>
</cp:coreProperties>
</file>